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C05C99" w:rsidRDefault="008B5AFD" w14:paraId="06C6CAED" w14:textId="77777777">
      <w:pPr>
        <w:spacing w:after="80"/>
        <w:jc w:val="center"/>
      </w:pPr>
      <w:r>
        <w:rPr>
          <w:noProof/>
        </w:rPr>
        <w:drawing>
          <wp:inline distT="0" distB="0" distL="0" distR="0" wp14:anchorId="25A4784D" wp14:editId="31A7E842">
            <wp:extent cx="6400800" cy="2377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a:blip r:embed="rId8"/>
                    <a:stretch>
                      <a:fillRect/>
                    </a:stretch>
                  </pic:blipFill>
                  <pic:spPr>
                    <a:xfrm>
                      <a:off x="0" y="0"/>
                      <a:ext cx="6400800" cy="2377440"/>
                    </a:xfrm>
                    <a:prstGeom prst="rect">
                      <a:avLst/>
                    </a:prstGeom>
                  </pic:spPr>
                </pic:pic>
              </a:graphicData>
            </a:graphic>
          </wp:inline>
        </w:drawing>
      </w:r>
    </w:p>
    <w:p w:rsidR="005924E8" w:rsidP="005924E8" w:rsidRDefault="005924E8" w14:paraId="5E1CA743" w14:textId="77777777">
      <w:pPr>
        <w:spacing w:line="250" w:lineRule="auto"/>
        <w:jc w:val="both"/>
        <w:rPr>
          <w:color w:val="232323"/>
          <w:lang w:val="es-EC"/>
        </w:rPr>
      </w:pPr>
    </w:p>
    <w:p w:rsidR="00C05C99" w:rsidP="005924E8" w:rsidRDefault="008B5AFD" w14:paraId="136388A5" w14:textId="00D7491E">
      <w:pPr>
        <w:spacing w:line="250" w:lineRule="auto"/>
        <w:jc w:val="both"/>
        <w:rPr>
          <w:color w:val="232323"/>
          <w:lang w:val="es-EC"/>
        </w:rPr>
      </w:pPr>
      <w:r w:rsidRPr="005924E8">
        <w:rPr>
          <w:color w:val="232323"/>
          <w:lang w:val="es-EC"/>
        </w:rPr>
        <w:t xml:space="preserve">Este formulario permite presentar solicitudes de acceso, rectificación, actualización, eliminación, oposición, suspensión o limitación, portabilidad, revocatoria del consentimiento y consultas relacionadas con el tratamiento de datos </w:t>
      </w:r>
      <w:r w:rsidRPr="005924E8">
        <w:rPr>
          <w:color w:val="232323"/>
          <w:lang w:val="es-EC"/>
        </w:rPr>
        <w:t>personales ante MINISO ECUADOR S.A.</w:t>
      </w:r>
    </w:p>
    <w:p w:rsidRPr="005924E8" w:rsidR="005924E8" w:rsidP="005924E8" w:rsidRDefault="005924E8" w14:paraId="1BF4290B" w14:textId="77777777">
      <w:pPr>
        <w:spacing w:line="250" w:lineRule="auto"/>
        <w:jc w:val="both"/>
        <w:rPr>
          <w:lang w:val="es-EC"/>
        </w:rPr>
      </w:pPr>
    </w:p>
    <w:tbl>
      <w:tblPr>
        <w:tblW w:w="0" w:type="auto"/>
        <w:jc w:val="center"/>
        <w:tblLook w:val="04A0" w:firstRow="1" w:lastRow="0" w:firstColumn="1" w:lastColumn="0" w:noHBand="0" w:noVBand="1"/>
      </w:tblPr>
      <w:tblGrid>
        <w:gridCol w:w="2660"/>
        <w:gridCol w:w="2660"/>
        <w:gridCol w:w="2660"/>
        <w:gridCol w:w="2660"/>
      </w:tblGrid>
      <w:tr w:rsidR="00C05C99" w:rsidTr="2912F98E" w14:paraId="2E426F22" w14:textId="77777777">
        <w:trPr>
          <w:cantSplit/>
          <w:jc w:val="center"/>
        </w:trPr>
        <w:tc>
          <w:tcPr>
            <w:tcW w:w="2664" w:type="dxa"/>
            <w:tcBorders>
              <w:top w:val="single" w:color="F2B8C0" w:sz="6" w:space="0"/>
              <w:left w:val="single" w:color="F2B8C0" w:sz="6" w:space="0"/>
              <w:bottom w:val="single" w:color="F2B8C0" w:sz="6" w:space="0"/>
              <w:right w:val="single" w:color="F2B8C0" w:sz="6" w:space="0"/>
            </w:tcBorders>
            <w:shd w:val="clear" w:color="auto" w:fill="FFF1F3"/>
            <w:tcMar/>
            <w:vAlign w:val="center"/>
          </w:tcPr>
          <w:p w:rsidR="00C05C99" w:rsidRDefault="008B5AFD" w14:paraId="6C7DCB4D" w14:textId="77777777">
            <w:pPr>
              <w:spacing w:after="0" w:line="240" w:lineRule="auto"/>
            </w:pPr>
            <w:r>
              <w:rPr>
                <w:b/>
                <w:color w:val="E60012"/>
                <w:sz w:val="15"/>
              </w:rPr>
              <w:t>Código</w:t>
            </w:r>
          </w:p>
        </w:tc>
        <w:tc>
          <w:tcPr>
            <w:tcW w:w="2664" w:type="dxa"/>
            <w:tcBorders>
              <w:top w:val="single" w:color="F2B8C0" w:sz="6" w:space="0"/>
              <w:left w:val="single" w:color="F2B8C0" w:sz="6" w:space="0"/>
              <w:bottom w:val="single" w:color="F2B8C0" w:sz="6" w:space="0"/>
              <w:right w:val="single" w:color="F2B8C0" w:sz="6" w:space="0"/>
            </w:tcBorders>
            <w:tcMar/>
            <w:vAlign w:val="center"/>
          </w:tcPr>
          <w:p w:rsidR="00C05C99" w:rsidRDefault="008B5AFD" w14:paraId="30ED2D01" w14:textId="77777777">
            <w:pPr>
              <w:spacing w:after="0" w:line="240" w:lineRule="auto"/>
            </w:pPr>
            <w:r>
              <w:rPr>
                <w:color w:val="232323"/>
                <w:sz w:val="15"/>
              </w:rPr>
              <w:t>MINISO-PDP-FOR-ED-01</w:t>
            </w:r>
          </w:p>
        </w:tc>
        <w:tc>
          <w:tcPr>
            <w:tcW w:w="2664" w:type="dxa"/>
            <w:tcBorders>
              <w:top w:val="single" w:color="F2B8C0" w:sz="6" w:space="0"/>
              <w:left w:val="single" w:color="F2B8C0" w:sz="6" w:space="0"/>
              <w:bottom w:val="single" w:color="F2B8C0" w:sz="6" w:space="0"/>
              <w:right w:val="single" w:color="F2B8C0" w:sz="6" w:space="0"/>
            </w:tcBorders>
            <w:shd w:val="clear" w:color="auto" w:fill="FFF1F3"/>
            <w:tcMar/>
            <w:vAlign w:val="center"/>
          </w:tcPr>
          <w:p w:rsidR="00C05C99" w:rsidRDefault="008B5AFD" w14:paraId="15E445B9" w14:textId="77777777">
            <w:pPr>
              <w:spacing w:after="0" w:line="240" w:lineRule="auto"/>
            </w:pPr>
            <w:r>
              <w:rPr>
                <w:b/>
                <w:color w:val="E60012"/>
                <w:sz w:val="15"/>
              </w:rPr>
              <w:t>Versión</w:t>
            </w:r>
          </w:p>
        </w:tc>
        <w:tc>
          <w:tcPr>
            <w:tcW w:w="2664" w:type="dxa"/>
            <w:tcBorders>
              <w:top w:val="single" w:color="F2B8C0" w:sz="6" w:space="0"/>
              <w:left w:val="single" w:color="F2B8C0" w:sz="6" w:space="0"/>
              <w:bottom w:val="single" w:color="F2B8C0" w:sz="6" w:space="0"/>
              <w:right w:val="single" w:color="F2B8C0" w:sz="6" w:space="0"/>
            </w:tcBorders>
            <w:tcMar/>
            <w:vAlign w:val="center"/>
          </w:tcPr>
          <w:p w:rsidR="00C05C99" w:rsidRDefault="008B5AFD" w14:paraId="7153932F" w14:textId="77777777">
            <w:pPr>
              <w:spacing w:after="0" w:line="240" w:lineRule="auto"/>
            </w:pPr>
            <w:r>
              <w:rPr>
                <w:color w:val="232323"/>
                <w:sz w:val="15"/>
              </w:rPr>
              <w:t>1.0</w:t>
            </w:r>
          </w:p>
        </w:tc>
      </w:tr>
      <w:tr w:rsidR="00C05C99" w:rsidTr="2912F98E" w14:paraId="55E7C208" w14:textId="77777777">
        <w:trPr>
          <w:cantSplit/>
          <w:jc w:val="center"/>
        </w:trPr>
        <w:tc>
          <w:tcPr>
            <w:tcW w:w="2664" w:type="dxa"/>
            <w:tcBorders>
              <w:top w:val="single" w:color="F2B8C0" w:sz="6" w:space="0"/>
              <w:left w:val="single" w:color="F2B8C0" w:sz="6" w:space="0"/>
              <w:bottom w:val="single" w:color="F2B8C0" w:sz="6" w:space="0"/>
              <w:right w:val="single" w:color="F2B8C0" w:sz="6" w:space="0"/>
            </w:tcBorders>
            <w:shd w:val="clear" w:color="auto" w:fill="FFF1F3"/>
            <w:tcMar/>
            <w:vAlign w:val="center"/>
          </w:tcPr>
          <w:p w:rsidR="00C05C99" w:rsidRDefault="008B5AFD" w14:paraId="45AE24F9" w14:textId="77777777">
            <w:pPr>
              <w:spacing w:after="0" w:line="240" w:lineRule="auto"/>
            </w:pPr>
            <w:r>
              <w:rPr>
                <w:b/>
                <w:color w:val="E60012"/>
                <w:sz w:val="15"/>
              </w:rPr>
              <w:t>Fecha</w:t>
            </w:r>
          </w:p>
        </w:tc>
        <w:tc>
          <w:tcPr>
            <w:tcW w:w="2664" w:type="dxa"/>
            <w:tcBorders>
              <w:top w:val="single" w:color="F2B8C0" w:sz="6" w:space="0"/>
              <w:left w:val="single" w:color="F2B8C0" w:sz="6" w:space="0"/>
              <w:bottom w:val="single" w:color="F2B8C0" w:sz="6" w:space="0"/>
              <w:right w:val="single" w:color="F2B8C0" w:sz="6" w:space="0"/>
            </w:tcBorders>
            <w:tcMar/>
            <w:vAlign w:val="center"/>
          </w:tcPr>
          <w:p w:rsidR="00C05C99" w:rsidRDefault="008B5AFD" w14:paraId="44CD3215" w14:textId="77777777">
            <w:pPr>
              <w:spacing w:after="0" w:line="240" w:lineRule="auto"/>
            </w:pPr>
            <w:r>
              <w:rPr>
                <w:color w:val="232323"/>
                <w:sz w:val="15"/>
              </w:rPr>
              <w:t>21/05/2026</w:t>
            </w:r>
          </w:p>
        </w:tc>
        <w:tc>
          <w:tcPr>
            <w:tcW w:w="2664" w:type="dxa"/>
            <w:tcBorders>
              <w:top w:val="single" w:color="F2B8C0" w:sz="6" w:space="0"/>
              <w:left w:val="single" w:color="F2B8C0" w:sz="6" w:space="0"/>
              <w:bottom w:val="single" w:color="F2B8C0" w:sz="6" w:space="0"/>
              <w:right w:val="single" w:color="F2B8C0" w:sz="6" w:space="0"/>
            </w:tcBorders>
            <w:shd w:val="clear" w:color="auto" w:fill="FFF1F3"/>
            <w:tcMar/>
            <w:vAlign w:val="center"/>
          </w:tcPr>
          <w:p w:rsidR="00C05C99" w:rsidRDefault="008B5AFD" w14:paraId="0F07305D" w14:textId="77777777">
            <w:pPr>
              <w:spacing w:after="0" w:line="240" w:lineRule="auto"/>
            </w:pPr>
            <w:r>
              <w:rPr>
                <w:b/>
                <w:color w:val="E60012"/>
                <w:sz w:val="15"/>
              </w:rPr>
              <w:t>Estado</w:t>
            </w:r>
          </w:p>
        </w:tc>
        <w:tc>
          <w:tcPr>
            <w:tcW w:w="2664" w:type="dxa"/>
            <w:tcBorders>
              <w:top w:val="single" w:color="F2B8C0" w:sz="6" w:space="0"/>
              <w:left w:val="single" w:color="F2B8C0" w:sz="6" w:space="0"/>
              <w:bottom w:val="single" w:color="F2B8C0" w:sz="6" w:space="0"/>
              <w:right w:val="single" w:color="F2B8C0" w:sz="6" w:space="0"/>
            </w:tcBorders>
            <w:tcMar/>
            <w:vAlign w:val="center"/>
          </w:tcPr>
          <w:p w:rsidR="00C05C99" w:rsidRDefault="008B5AFD" w14:paraId="21D7265F" w14:textId="77777777">
            <w:pPr>
              <w:spacing w:after="0" w:line="240" w:lineRule="auto"/>
            </w:pPr>
            <w:r>
              <w:rPr>
                <w:color w:val="232323"/>
                <w:sz w:val="15"/>
              </w:rPr>
              <w:t>Vigente</w:t>
            </w:r>
          </w:p>
        </w:tc>
      </w:tr>
      <w:tr w:rsidR="00C05C99" w:rsidTr="2912F98E" w14:paraId="38F4C12D" w14:textId="77777777">
        <w:trPr>
          <w:cantSplit/>
          <w:jc w:val="center"/>
        </w:trPr>
        <w:tc>
          <w:tcPr>
            <w:tcW w:w="2664" w:type="dxa"/>
            <w:tcBorders>
              <w:top w:val="single" w:color="F2B8C0" w:sz="6" w:space="0"/>
              <w:left w:val="single" w:color="F2B8C0" w:sz="6" w:space="0"/>
              <w:bottom w:val="single" w:color="F2B8C0" w:sz="6" w:space="0"/>
              <w:right w:val="single" w:color="F2B8C0" w:sz="6" w:space="0"/>
            </w:tcBorders>
            <w:shd w:val="clear" w:color="auto" w:fill="FFF1F3"/>
            <w:tcMar/>
            <w:vAlign w:val="center"/>
          </w:tcPr>
          <w:p w:rsidR="00C05C99" w:rsidRDefault="008B5AFD" w14:paraId="370B9D99" w14:textId="77777777">
            <w:pPr>
              <w:spacing w:after="0" w:line="240" w:lineRule="auto"/>
            </w:pPr>
            <w:r>
              <w:rPr>
                <w:b/>
                <w:color w:val="E60012"/>
                <w:sz w:val="15"/>
              </w:rPr>
              <w:t>Responsable</w:t>
            </w:r>
          </w:p>
        </w:tc>
        <w:tc>
          <w:tcPr>
            <w:tcW w:w="2664" w:type="dxa"/>
            <w:tcBorders>
              <w:top w:val="single" w:color="F2B8C0" w:sz="6" w:space="0"/>
              <w:left w:val="single" w:color="F2B8C0" w:sz="6" w:space="0"/>
              <w:bottom w:val="single" w:color="F2B8C0" w:sz="6" w:space="0"/>
              <w:right w:val="single" w:color="F2B8C0" w:sz="6" w:space="0"/>
            </w:tcBorders>
            <w:tcMar/>
            <w:vAlign w:val="center"/>
          </w:tcPr>
          <w:p w:rsidR="00C05C99" w:rsidRDefault="008B5AFD" w14:paraId="53A9D79D" w14:textId="77777777">
            <w:pPr>
              <w:spacing w:after="0" w:line="240" w:lineRule="auto"/>
            </w:pPr>
            <w:r>
              <w:rPr>
                <w:color w:val="232323"/>
                <w:sz w:val="15"/>
              </w:rPr>
              <w:t>MINISO ECUADOR S.A.</w:t>
            </w:r>
          </w:p>
        </w:tc>
        <w:tc>
          <w:tcPr>
            <w:tcW w:w="2664" w:type="dxa"/>
            <w:tcBorders>
              <w:top w:val="single" w:color="F2B8C0" w:sz="6" w:space="0"/>
              <w:left w:val="single" w:color="F2B8C0" w:sz="6" w:space="0"/>
              <w:bottom w:val="single" w:color="F2B8C0" w:sz="6" w:space="0"/>
              <w:right w:val="single" w:color="F2B8C0" w:sz="6" w:space="0"/>
            </w:tcBorders>
            <w:shd w:val="clear" w:color="auto" w:fill="FFF1F3"/>
            <w:tcMar/>
            <w:vAlign w:val="center"/>
          </w:tcPr>
          <w:p w:rsidR="00C05C99" w:rsidRDefault="008B5AFD" w14:paraId="35C1847E" w14:textId="77777777">
            <w:pPr>
              <w:spacing w:after="0" w:line="240" w:lineRule="auto"/>
            </w:pPr>
            <w:r>
              <w:rPr>
                <w:b/>
                <w:color w:val="E60012"/>
                <w:sz w:val="15"/>
              </w:rPr>
              <w:t>RUC</w:t>
            </w:r>
          </w:p>
        </w:tc>
        <w:tc>
          <w:tcPr>
            <w:tcW w:w="2664" w:type="dxa"/>
            <w:tcBorders>
              <w:top w:val="single" w:color="F2B8C0" w:sz="6" w:space="0"/>
              <w:left w:val="single" w:color="F2B8C0" w:sz="6" w:space="0"/>
              <w:bottom w:val="single" w:color="F2B8C0" w:sz="6" w:space="0"/>
              <w:right w:val="single" w:color="F2B8C0" w:sz="6" w:space="0"/>
            </w:tcBorders>
            <w:tcMar/>
            <w:vAlign w:val="center"/>
          </w:tcPr>
          <w:p w:rsidR="00C05C99" w:rsidRDefault="008B5AFD" w14:paraId="5C04A32C" w14:textId="77777777">
            <w:pPr>
              <w:spacing w:after="0" w:line="240" w:lineRule="auto"/>
            </w:pPr>
            <w:r>
              <w:rPr>
                <w:color w:val="232323"/>
                <w:sz w:val="15"/>
              </w:rPr>
              <w:t>1792927951001</w:t>
            </w:r>
          </w:p>
        </w:tc>
      </w:tr>
      <w:tr w:rsidR="00C05C99" w:rsidTr="2912F98E" w14:paraId="001424F1" w14:textId="77777777">
        <w:trPr>
          <w:cantSplit/>
          <w:jc w:val="center"/>
        </w:trPr>
        <w:tc>
          <w:tcPr>
            <w:tcW w:w="2664" w:type="dxa"/>
            <w:tcBorders>
              <w:top w:val="single" w:color="F2B8C0" w:sz="6" w:space="0"/>
              <w:left w:val="single" w:color="F2B8C0" w:sz="6" w:space="0"/>
              <w:bottom w:val="single" w:color="F2B8C0" w:sz="6" w:space="0"/>
              <w:right w:val="single" w:color="F2B8C0" w:sz="6" w:space="0"/>
            </w:tcBorders>
            <w:shd w:val="clear" w:color="auto" w:fill="FFF1F3"/>
            <w:tcMar/>
            <w:vAlign w:val="center"/>
          </w:tcPr>
          <w:p w:rsidR="00C05C99" w:rsidRDefault="008B5AFD" w14:paraId="20A3AE4C" w14:textId="77777777">
            <w:pPr>
              <w:spacing w:after="0" w:line="240" w:lineRule="auto"/>
            </w:pPr>
            <w:r>
              <w:rPr>
                <w:b/>
                <w:color w:val="E60012"/>
                <w:sz w:val="15"/>
              </w:rPr>
              <w:t>Canal oficial</w:t>
            </w:r>
          </w:p>
        </w:tc>
        <w:tc>
          <w:tcPr>
            <w:tcW w:w="2664" w:type="dxa"/>
            <w:tcBorders>
              <w:top w:val="single" w:color="F2B8C0" w:sz="6" w:space="0"/>
              <w:left w:val="single" w:color="F2B8C0" w:sz="6" w:space="0"/>
              <w:bottom w:val="single" w:color="F2B8C0" w:sz="6" w:space="0"/>
              <w:right w:val="single" w:color="F2B8C0" w:sz="6" w:space="0"/>
            </w:tcBorders>
            <w:tcMar/>
            <w:vAlign w:val="center"/>
          </w:tcPr>
          <w:p w:rsidRPr="005924E8" w:rsidR="00C05C99" w:rsidP="2912F98E" w:rsidRDefault="008B5AFD" w14:paraId="42625002" w14:textId="396BF95B">
            <w:pPr>
              <w:pStyle w:val="Normal"/>
              <w:suppressLineNumbers w:val="0"/>
              <w:bidi w:val="0"/>
              <w:spacing w:before="0" w:beforeAutospacing="off" w:after="0" w:afterAutospacing="off" w:line="240" w:lineRule="auto"/>
              <w:ind w:left="0" w:right="0"/>
              <w:jc w:val="left"/>
              <w:rPr>
                <w:noProof w:val="0"/>
                <w:color w:val="232323"/>
                <w:sz w:val="15"/>
                <w:szCs w:val="15"/>
                <w:lang w:val="es-EC"/>
              </w:rPr>
            </w:pPr>
            <w:r w:rsidRPr="2912F98E" w:rsidR="714FE941">
              <w:rPr>
                <w:noProof w:val="0"/>
                <w:color w:val="232323"/>
                <w:sz w:val="15"/>
                <w:szCs w:val="15"/>
                <w:lang w:val="es-EC"/>
              </w:rPr>
              <w:t>datos@miniso.com.ec</w:t>
            </w:r>
          </w:p>
        </w:tc>
        <w:tc>
          <w:tcPr>
            <w:tcW w:w="2664" w:type="dxa"/>
            <w:tcBorders>
              <w:top w:val="single" w:color="F2B8C0" w:sz="6" w:space="0"/>
              <w:left w:val="single" w:color="F2B8C0" w:sz="6" w:space="0"/>
              <w:bottom w:val="single" w:color="F2B8C0" w:sz="6" w:space="0"/>
              <w:right w:val="single" w:color="F2B8C0" w:sz="6" w:space="0"/>
            </w:tcBorders>
            <w:shd w:val="clear" w:color="auto" w:fill="FFF1F3"/>
            <w:tcMar/>
            <w:vAlign w:val="center"/>
          </w:tcPr>
          <w:p w:rsidR="00C05C99" w:rsidP="2912F98E" w:rsidRDefault="008B5AFD" w14:paraId="50A4319F" w14:textId="6A099F8C">
            <w:pPr>
              <w:spacing w:after="0" w:line="240" w:lineRule="auto"/>
              <w:rPr>
                <w:b w:val="1"/>
                <w:bCs w:val="1"/>
                <w:color w:val="E60012"/>
                <w:sz w:val="15"/>
                <w:szCs w:val="15"/>
              </w:rPr>
            </w:pPr>
            <w:r w:rsidRPr="2912F98E" w:rsidR="286202A0">
              <w:rPr>
                <w:b w:val="1"/>
                <w:bCs w:val="1"/>
                <w:color w:val="E60012"/>
                <w:sz w:val="15"/>
                <w:szCs w:val="15"/>
              </w:rPr>
              <w:t>Procedimiento</w:t>
            </w:r>
            <w:r w:rsidRPr="2912F98E" w:rsidR="286202A0">
              <w:rPr>
                <w:b w:val="1"/>
                <w:bCs w:val="1"/>
                <w:color w:val="E60012"/>
                <w:sz w:val="15"/>
                <w:szCs w:val="15"/>
              </w:rPr>
              <w:t xml:space="preserve"> </w:t>
            </w:r>
          </w:p>
        </w:tc>
        <w:tc>
          <w:tcPr>
            <w:tcW w:w="2664" w:type="dxa"/>
            <w:tcBorders>
              <w:top w:val="single" w:color="F2B8C0" w:sz="6" w:space="0"/>
              <w:left w:val="single" w:color="F2B8C0" w:sz="6" w:space="0"/>
              <w:bottom w:val="single" w:color="F2B8C0" w:sz="6" w:space="0"/>
              <w:right w:val="single" w:color="F2B8C0" w:sz="6" w:space="0"/>
            </w:tcBorders>
            <w:tcMar/>
            <w:vAlign w:val="center"/>
          </w:tcPr>
          <w:p w:rsidR="00C05C99" w:rsidP="2912F98E" w:rsidRDefault="008B5AFD" w14:paraId="461072E2" w14:textId="5F83E305">
            <w:pPr>
              <w:pStyle w:val="Normal"/>
              <w:spacing w:after="0" w:line="240" w:lineRule="auto"/>
              <w:rPr>
                <w:rFonts w:ascii="Aptos" w:hAnsi="Aptos" w:eastAsia="Aptos" w:cs="Aptos"/>
                <w:noProof w:val="0"/>
                <w:sz w:val="15"/>
                <w:szCs w:val="15"/>
                <w:lang w:val="en-US"/>
              </w:rPr>
            </w:pPr>
            <w:hyperlink r:id="R614351561b0e4364">
              <w:r w:rsidRPr="2912F98E" w:rsidR="58B6F237">
                <w:rPr>
                  <w:rStyle w:val="Hyperlink"/>
                  <w:noProof w:val="0"/>
                  <w:lang w:val="en-US"/>
                </w:rPr>
                <w:t>MINISO Procedimiento Ejercicio Derechos v1</w:t>
              </w:r>
            </w:hyperlink>
          </w:p>
        </w:tc>
      </w:tr>
      <w:tr w:rsidRPr="005924E8" w:rsidR="00C05C99" w:rsidTr="2912F98E" w14:paraId="5AA5C30E" w14:textId="77777777">
        <w:trPr>
          <w:cantSplit/>
          <w:jc w:val="center"/>
        </w:trPr>
        <w:tc>
          <w:tcPr>
            <w:tcW w:w="10656" w:type="dxa"/>
            <w:gridSpan w:val="4"/>
            <w:tcBorders>
              <w:top w:val="single" w:color="E60012" w:sz="10" w:space="0"/>
              <w:left w:val="single" w:color="E60012" w:sz="10" w:space="0"/>
              <w:bottom w:val="single" w:color="E60012" w:sz="10" w:space="0"/>
              <w:right w:val="single" w:color="E60012" w:sz="10" w:space="0"/>
            </w:tcBorders>
            <w:shd w:val="clear" w:color="auto" w:fill="FFF1F3"/>
            <w:tcMar/>
            <w:vAlign w:val="center"/>
          </w:tcPr>
          <w:p w:rsidRPr="005924E8" w:rsidR="00C05C99" w:rsidRDefault="008B5AFD" w14:paraId="1FD9E70D" w14:textId="77777777">
            <w:pPr>
              <w:rPr>
                <w:lang w:val="es-EC"/>
              </w:rPr>
            </w:pPr>
            <w:r w:rsidRPr="005924E8">
              <w:rPr>
                <w:b/>
                <w:color w:val="E60012"/>
                <w:lang w:val="es-EC"/>
              </w:rPr>
              <w:t>Antes de empezar</w:t>
            </w:r>
          </w:p>
          <w:p w:rsidRPr="005924E8" w:rsidR="00C05C99" w:rsidRDefault="008B5AFD" w14:paraId="0581ABBA" w14:textId="77777777">
            <w:pPr>
              <w:rPr>
                <w:lang w:val="es-EC"/>
              </w:rPr>
            </w:pPr>
            <w:r w:rsidRPr="005924E8">
              <w:rPr>
                <w:color w:val="232323"/>
                <w:sz w:val="16"/>
                <w:lang w:val="es-EC"/>
              </w:rPr>
              <w:t>El trámite es gratuito. MINISO puede pedir información adicional solo cuando sea necesaria para verificar identidad, representación o ubicar los datos solicitados.</w:t>
            </w:r>
          </w:p>
        </w:tc>
      </w:tr>
    </w:tbl>
    <w:p w:rsidR="00C05C99" w:rsidRDefault="008B5AFD" w14:paraId="2438CAAD" w14:textId="77777777">
      <w:pPr>
        <w:spacing w:after="40"/>
        <w:jc w:val="center"/>
      </w:pPr>
      <w:r>
        <w:rPr>
          <w:noProof/>
        </w:rPr>
        <w:drawing>
          <wp:inline distT="0" distB="0" distL="0" distR="0" wp14:anchorId="1185EDFE" wp14:editId="5A07DDB9">
            <wp:extent cx="6400800" cy="320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png"/>
                    <pic:cNvPicPr/>
                  </pic:nvPicPr>
                  <pic:blipFill>
                    <a:blip r:embed="rId9"/>
                    <a:stretch>
                      <a:fillRect/>
                    </a:stretch>
                  </pic:blipFill>
                  <pic:spPr>
                    <a:xfrm>
                      <a:off x="0" y="0"/>
                      <a:ext cx="6400800" cy="3200400"/>
                    </a:xfrm>
                    <a:prstGeom prst="rect">
                      <a:avLst/>
                    </a:prstGeom>
                  </pic:spPr>
                </pic:pic>
              </a:graphicData>
            </a:graphic>
          </wp:inline>
        </w:drawing>
      </w:r>
    </w:p>
    <w:p w:rsidR="00C05C99" w:rsidRDefault="008B5AFD" w14:paraId="31C4197A" w14:textId="77777777">
      <w:r>
        <w:br w:type="page"/>
      </w:r>
    </w:p>
    <w:p w:rsidR="00C05C99" w:rsidRDefault="008B5AFD" w14:paraId="4B1233DD" w14:textId="77777777">
      <w:pPr>
        <w:pStyle w:val="Ttulo1"/>
        <w:spacing w:line="250" w:lineRule="auto"/>
      </w:pPr>
      <w:r>
        <w:rPr>
          <w:rFonts w:ascii="Aptos" w:hAnsi="Aptos" w:eastAsia="Aptos"/>
          <w:b w:val="0"/>
          <w:color w:val="232323"/>
          <w:sz w:val="18"/>
        </w:rPr>
        <w:lastRenderedPageBreak/>
        <w:t>1. Datos del titula</w:t>
      </w:r>
      <w:r>
        <w:rPr>
          <w:rFonts w:ascii="Aptos" w:hAnsi="Aptos" w:eastAsia="Aptos"/>
          <w:b w:val="0"/>
          <w:color w:val="232323"/>
          <w:sz w:val="18"/>
        </w:rPr>
        <w:t>r</w:t>
      </w:r>
    </w:p>
    <w:tbl>
      <w:tblPr>
        <w:tblW w:w="0" w:type="auto"/>
        <w:jc w:val="center"/>
        <w:tblLook w:val="04A0" w:firstRow="1" w:lastRow="0" w:firstColumn="1" w:lastColumn="0" w:noHBand="0" w:noVBand="1"/>
      </w:tblPr>
      <w:tblGrid>
        <w:gridCol w:w="5320"/>
        <w:gridCol w:w="5320"/>
      </w:tblGrid>
      <w:tr w:rsidR="00C05C99" w14:paraId="3305A214"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145C7742" w14:textId="77777777">
            <w:r>
              <w:rPr>
                <w:b/>
                <w:color w:val="E60012"/>
                <w:sz w:val="16"/>
              </w:rPr>
              <w:t>Nombres y apellidos completos</w:t>
            </w:r>
          </w:p>
          <w:p w:rsidR="00C05C99" w:rsidRDefault="008B5AFD" w14:paraId="3A57EDE0" w14:textId="77777777">
            <w:pPr>
              <w:spacing w:after="0"/>
            </w:pPr>
            <w:r>
              <w:rPr>
                <w:color w:val="5F5F5F"/>
                <w:sz w:val="16"/>
              </w:rPr>
              <w:t>________________________________________________________________________________</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5A4D8E7A" w14:textId="77777777">
            <w:r>
              <w:rPr>
                <w:b/>
                <w:color w:val="E60012"/>
                <w:sz w:val="16"/>
              </w:rPr>
              <w:t>Cédula / pasaporte / identificación</w:t>
            </w:r>
          </w:p>
          <w:p w:rsidR="00C05C99" w:rsidRDefault="008B5AFD" w14:paraId="6C5FD1EF" w14:textId="77777777">
            <w:pPr>
              <w:spacing w:after="0"/>
            </w:pPr>
            <w:r>
              <w:rPr>
                <w:color w:val="5F5F5F"/>
                <w:sz w:val="16"/>
              </w:rPr>
              <w:t>________________________________________________________________________________</w:t>
            </w:r>
          </w:p>
        </w:tc>
      </w:tr>
      <w:tr w:rsidR="00C05C99" w14:paraId="2DCB0BE7"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7A27B49A" w14:textId="77777777">
            <w:r>
              <w:rPr>
                <w:b/>
                <w:color w:val="E60012"/>
                <w:sz w:val="16"/>
              </w:rPr>
              <w:t>Correo electrónico para respuesta</w:t>
            </w:r>
          </w:p>
          <w:p w:rsidR="00C05C99" w:rsidRDefault="008B5AFD" w14:paraId="604861E4" w14:textId="77777777">
            <w:pPr>
              <w:spacing w:after="0"/>
            </w:pPr>
            <w:r>
              <w:rPr>
                <w:color w:val="5F5F5F"/>
                <w:sz w:val="16"/>
              </w:rPr>
              <w:t>________________________________________________________________________________</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53E06209" w14:textId="77777777">
            <w:r>
              <w:rPr>
                <w:b/>
                <w:color w:val="E60012"/>
                <w:sz w:val="16"/>
              </w:rPr>
              <w:t>Teléfono de contacto</w:t>
            </w:r>
          </w:p>
          <w:p w:rsidR="00C05C99" w:rsidRDefault="008B5AFD" w14:paraId="621DD6EC" w14:textId="77777777">
            <w:pPr>
              <w:spacing w:after="0"/>
            </w:pPr>
            <w:r>
              <w:rPr>
                <w:color w:val="5F5F5F"/>
                <w:sz w:val="16"/>
              </w:rPr>
              <w:t>________________________________________________________________________________</w:t>
            </w:r>
          </w:p>
        </w:tc>
      </w:tr>
      <w:tr w:rsidR="00C05C99" w14:paraId="528D244A"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61947389" w14:textId="77777777">
            <w:r>
              <w:rPr>
                <w:b/>
                <w:color w:val="E60012"/>
                <w:sz w:val="16"/>
              </w:rPr>
              <w:t>Ciudad / país</w:t>
            </w:r>
          </w:p>
          <w:p w:rsidR="00C05C99" w:rsidRDefault="008B5AFD" w14:paraId="172127B6" w14:textId="77777777">
            <w:pPr>
              <w:spacing w:after="0"/>
            </w:pPr>
            <w:r>
              <w:rPr>
                <w:color w:val="5F5F5F"/>
                <w:sz w:val="16"/>
              </w:rPr>
              <w:t>________________________________________________________________________________</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6DFD3BE5" w14:textId="77777777">
            <w:r>
              <w:rPr>
                <w:b/>
                <w:color w:val="E60012"/>
                <w:sz w:val="16"/>
              </w:rPr>
              <w:t>Medio preferido de respuesta</w:t>
            </w:r>
          </w:p>
          <w:p w:rsidR="00C05C99" w:rsidRDefault="008B5AFD" w14:paraId="26EFA4AC" w14:textId="77777777">
            <w:pPr>
              <w:spacing w:after="0"/>
            </w:pPr>
            <w:r>
              <w:rPr>
                <w:color w:val="5F5F5F"/>
                <w:sz w:val="16"/>
              </w:rPr>
              <w:t>__________________________________________________</w:t>
            </w:r>
            <w:r>
              <w:rPr>
                <w:color w:val="5F5F5F"/>
                <w:sz w:val="16"/>
              </w:rPr>
              <w:t>______________________________</w:t>
            </w:r>
          </w:p>
        </w:tc>
      </w:tr>
    </w:tbl>
    <w:p w:rsidR="00C05C99" w:rsidRDefault="008B5AFD" w14:paraId="0BB60181" w14:textId="77777777">
      <w:pPr>
        <w:pStyle w:val="Ttulo1"/>
        <w:spacing w:line="250" w:lineRule="auto"/>
      </w:pPr>
      <w:r>
        <w:rPr>
          <w:rFonts w:ascii="Aptos" w:hAnsi="Aptos" w:eastAsia="Aptos"/>
          <w:b w:val="0"/>
          <w:color w:val="232323"/>
          <w:sz w:val="18"/>
        </w:rPr>
        <w:t>2. ¿Quién presenta la solicitud?</w:t>
      </w:r>
    </w:p>
    <w:p w:rsidRPr="005924E8" w:rsidR="00C05C99" w:rsidRDefault="008B5AFD" w14:paraId="60646470"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Soy el titular de los datos personales.</w:t>
      </w:r>
    </w:p>
    <w:p w:rsidRPr="005924E8" w:rsidR="00C05C99" w:rsidRDefault="008B5AFD" w14:paraId="066E0DD5"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Soy representante legal o apoderado del titular.</w:t>
      </w:r>
    </w:p>
    <w:p w:rsidRPr="005924E8" w:rsidR="00C05C99" w:rsidRDefault="008B5AFD" w14:paraId="4715627F"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Soy madre, padre o representante legal de una niña, niño o adolescente menor de 15 años.</w:t>
      </w:r>
    </w:p>
    <w:p w:rsidRPr="005924E8" w:rsidR="00C05C99" w:rsidRDefault="008B5AFD" w14:paraId="1A706BDE"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Soy a</w:t>
      </w:r>
      <w:r w:rsidRPr="005924E8">
        <w:rPr>
          <w:color w:val="232323"/>
          <w:sz w:val="17"/>
          <w:lang w:val="es-EC"/>
        </w:rPr>
        <w:t>dolescente desde los 15 años y ejerzo mis derechos directamente.</w:t>
      </w:r>
    </w:p>
    <w:p w:rsidRPr="005924E8" w:rsidR="00C05C99" w:rsidRDefault="008B5AFD" w14:paraId="65E6F34C"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Actúo por cuenta de una persona con apoyo o representación legal acreditada.</w:t>
      </w:r>
    </w:p>
    <w:p w:rsidR="00C05C99" w:rsidRDefault="008B5AFD" w14:paraId="681087AB" w14:textId="77777777">
      <w:pPr>
        <w:spacing w:after="40"/>
        <w:jc w:val="center"/>
      </w:pPr>
      <w:r>
        <w:rPr>
          <w:noProof/>
        </w:rPr>
        <w:drawing>
          <wp:inline distT="0" distB="0" distL="0" distR="0" wp14:anchorId="7AD1E1BD" wp14:editId="60CE0033">
            <wp:extent cx="6309360" cy="38306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s.png"/>
                    <pic:cNvPicPr/>
                  </pic:nvPicPr>
                  <pic:blipFill>
                    <a:blip r:embed="rId10"/>
                    <a:stretch>
                      <a:fillRect/>
                    </a:stretch>
                  </pic:blipFill>
                  <pic:spPr>
                    <a:xfrm>
                      <a:off x="0" y="0"/>
                      <a:ext cx="6309360" cy="3830683"/>
                    </a:xfrm>
                    <a:prstGeom prst="rect">
                      <a:avLst/>
                    </a:prstGeom>
                  </pic:spPr>
                </pic:pic>
              </a:graphicData>
            </a:graphic>
          </wp:inline>
        </w:drawing>
      </w:r>
    </w:p>
    <w:p w:rsidRPr="005924E8" w:rsidR="00C05C99" w:rsidRDefault="008B5AFD" w14:paraId="5D319BE3" w14:textId="77777777">
      <w:pPr>
        <w:pStyle w:val="Ttulo1"/>
        <w:spacing w:line="250" w:lineRule="auto"/>
        <w:rPr>
          <w:lang w:val="es-EC"/>
        </w:rPr>
      </w:pPr>
      <w:r w:rsidRPr="005924E8">
        <w:rPr>
          <w:rFonts w:ascii="Aptos" w:hAnsi="Aptos" w:eastAsia="Aptos"/>
          <w:b w:val="0"/>
          <w:color w:val="232323"/>
          <w:sz w:val="18"/>
          <w:lang w:val="es-EC"/>
        </w:rPr>
        <w:t>3. Relación o canal relacionado con la solicitud</w:t>
      </w:r>
    </w:p>
    <w:p w:rsidR="005924E8" w:rsidRDefault="005924E8" w14:paraId="2DAE91EF" w14:textId="77777777">
      <w:pPr>
        <w:spacing w:after="20"/>
        <w:rPr>
          <w:b/>
          <w:color w:val="E60012"/>
          <w:sz w:val="20"/>
          <w:lang w:val="es-EC"/>
        </w:rPr>
        <w:sectPr w:rsidR="005924E8" w:rsidSect="00034616">
          <w:headerReference w:type="default" r:id="rId11"/>
          <w:footerReference w:type="default" r:id="rId12"/>
          <w:pgSz w:w="12240" w:h="15840" w:orient="portrait"/>
          <w:pgMar w:top="648" w:right="792" w:bottom="792" w:left="792" w:header="720" w:footer="720" w:gutter="0"/>
          <w:cols w:space="720"/>
          <w:docGrid w:linePitch="360"/>
        </w:sectPr>
      </w:pPr>
    </w:p>
    <w:p w:rsidRPr="005924E8" w:rsidR="00C05C99" w:rsidRDefault="008B5AFD" w14:paraId="53363B77" w14:textId="24FA3421">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Compra en tienda física / POS</w:t>
      </w:r>
    </w:p>
    <w:p w:rsidRPr="005924E8" w:rsidR="00C05C99" w:rsidRDefault="008B5AFD" w14:paraId="62942290"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 xml:space="preserve">Compra online, cuenta </w:t>
      </w:r>
      <w:r w:rsidRPr="005924E8">
        <w:rPr>
          <w:color w:val="232323"/>
          <w:sz w:val="17"/>
          <w:lang w:val="es-EC"/>
        </w:rPr>
        <w:t>web o carrito</w:t>
      </w:r>
    </w:p>
    <w:p w:rsidRPr="005924E8" w:rsidR="00C05C99" w:rsidRDefault="008B5AFD" w14:paraId="67FEE273"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 xml:space="preserve">Pedido, entrega, </w:t>
      </w:r>
      <w:proofErr w:type="spellStart"/>
      <w:r w:rsidRPr="005924E8">
        <w:rPr>
          <w:color w:val="232323"/>
          <w:sz w:val="17"/>
          <w:lang w:val="es-EC"/>
        </w:rPr>
        <w:t>courier</w:t>
      </w:r>
      <w:proofErr w:type="spellEnd"/>
      <w:r w:rsidRPr="005924E8">
        <w:rPr>
          <w:color w:val="232323"/>
          <w:sz w:val="17"/>
          <w:lang w:val="es-EC"/>
        </w:rPr>
        <w:t>, cambio, devolución o garantía</w:t>
      </w:r>
    </w:p>
    <w:p w:rsidRPr="005924E8" w:rsidR="00C05C99" w:rsidRDefault="008B5AFD" w14:paraId="38424472"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Facturación, pagos o reembolso</w:t>
      </w:r>
    </w:p>
    <w:p w:rsidRPr="005924E8" w:rsidR="00C05C99" w:rsidRDefault="008B5AFD" w14:paraId="6148AE1E"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Servicio al cliente, reclamo o PQRS</w:t>
      </w:r>
    </w:p>
    <w:p w:rsidRPr="005924E8" w:rsidR="00C05C99" w:rsidRDefault="008B5AFD" w14:paraId="3C4C9389"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 xml:space="preserve">Boletín, marketing, promociones o Club </w:t>
      </w:r>
      <w:proofErr w:type="spellStart"/>
      <w:r w:rsidRPr="005924E8">
        <w:rPr>
          <w:color w:val="232323"/>
          <w:sz w:val="17"/>
          <w:lang w:val="es-EC"/>
        </w:rPr>
        <w:t>Miniso</w:t>
      </w:r>
      <w:proofErr w:type="spellEnd"/>
      <w:r w:rsidRPr="005924E8">
        <w:rPr>
          <w:color w:val="232323"/>
          <w:sz w:val="17"/>
          <w:lang w:val="es-EC"/>
        </w:rPr>
        <w:t xml:space="preserve"> </w:t>
      </w:r>
      <w:proofErr w:type="spellStart"/>
      <w:r w:rsidRPr="005924E8">
        <w:rPr>
          <w:color w:val="232323"/>
          <w:sz w:val="17"/>
          <w:lang w:val="es-EC"/>
        </w:rPr>
        <w:t>Lovers</w:t>
      </w:r>
      <w:proofErr w:type="spellEnd"/>
    </w:p>
    <w:p w:rsidRPr="005924E8" w:rsidR="00C05C99" w:rsidRDefault="008B5AFD" w14:paraId="60C4B20E"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Cookies, navegación web o analítica</w:t>
      </w:r>
    </w:p>
    <w:p w:rsidRPr="005924E8" w:rsidR="00C05C99" w:rsidRDefault="008B5AFD" w14:paraId="74EFA145"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Redes sociales, ca</w:t>
      </w:r>
      <w:r w:rsidRPr="005924E8">
        <w:rPr>
          <w:color w:val="232323"/>
          <w:sz w:val="17"/>
          <w:lang w:val="es-EC"/>
        </w:rPr>
        <w:t>mpaña, concurso o sorteo</w:t>
      </w:r>
    </w:p>
    <w:p w:rsidRPr="005924E8" w:rsidR="00C05C99" w:rsidRDefault="008B5AFD" w14:paraId="280ABA45"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Videovigilancia / CCTV o seguridad física</w:t>
      </w:r>
    </w:p>
    <w:p w:rsidRPr="005924E8" w:rsidR="00C05C99" w:rsidRDefault="008B5AFD" w14:paraId="3E98B99D"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Proceso de selección o trabaja con nosotros</w:t>
      </w:r>
    </w:p>
    <w:p w:rsidRPr="005924E8" w:rsidR="00C05C99" w:rsidRDefault="008B5AFD" w14:paraId="04159FFE"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Relación laboral, nómina, IESS, SST o expediente interno</w:t>
      </w:r>
    </w:p>
    <w:p w:rsidRPr="005924E8" w:rsidR="00C05C99" w:rsidRDefault="008B5AFD" w14:paraId="4CA79296"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Proveedor, contratista, encargado o aliado comercial</w:t>
      </w:r>
    </w:p>
    <w:p w:rsidR="00C05C99" w:rsidRDefault="008B5AFD" w14:paraId="53AF70FD" w14:textId="77777777">
      <w:pPr>
        <w:spacing w:after="20"/>
      </w:pPr>
      <w:r>
        <w:rPr>
          <w:b/>
          <w:color w:val="E60012"/>
          <w:sz w:val="20"/>
        </w:rPr>
        <w:t>☐</w:t>
      </w:r>
      <w:r>
        <w:rPr>
          <w:b/>
          <w:color w:val="E60012"/>
          <w:sz w:val="20"/>
        </w:rPr>
        <w:t xml:space="preserve"> </w:t>
      </w:r>
      <w:proofErr w:type="spellStart"/>
      <w:r>
        <w:rPr>
          <w:color w:val="232323"/>
          <w:sz w:val="17"/>
        </w:rPr>
        <w:t>Otro</w:t>
      </w:r>
      <w:proofErr w:type="spellEnd"/>
      <w:r>
        <w:rPr>
          <w:color w:val="232323"/>
          <w:sz w:val="17"/>
        </w:rPr>
        <w:t>: ___________________</w:t>
      </w:r>
      <w:r>
        <w:rPr>
          <w:color w:val="232323"/>
          <w:sz w:val="17"/>
        </w:rPr>
        <w:t>___________________________</w:t>
      </w:r>
    </w:p>
    <w:p w:rsidR="005924E8" w:rsidRDefault="005924E8" w14:paraId="1F3913F4" w14:textId="77777777">
      <w:pPr>
        <w:pStyle w:val="Ttulo1"/>
        <w:spacing w:line="250" w:lineRule="auto"/>
        <w:rPr>
          <w:rFonts w:ascii="Aptos" w:hAnsi="Aptos" w:eastAsia="Aptos"/>
          <w:b w:val="0"/>
          <w:color w:val="232323"/>
          <w:sz w:val="18"/>
        </w:rPr>
        <w:sectPr w:rsidR="005924E8" w:rsidSect="005924E8">
          <w:type w:val="continuous"/>
          <w:pgSz w:w="12240" w:h="15840" w:orient="portrait"/>
          <w:pgMar w:top="648" w:right="792" w:bottom="792" w:left="792" w:header="720" w:footer="720" w:gutter="0"/>
          <w:cols w:space="720" w:num="2"/>
          <w:docGrid w:linePitch="360"/>
        </w:sectPr>
      </w:pPr>
    </w:p>
    <w:p w:rsidR="005924E8" w:rsidP="005924E8" w:rsidRDefault="005924E8" w14:paraId="49A08BBF" w14:textId="77777777"/>
    <w:p w:rsidR="00C05C99" w:rsidRDefault="008B5AFD" w14:paraId="0C8E745A" w14:textId="4EE53149">
      <w:pPr>
        <w:pStyle w:val="Ttulo1"/>
        <w:spacing w:line="250" w:lineRule="auto"/>
      </w:pPr>
      <w:r>
        <w:rPr>
          <w:rFonts w:ascii="Aptos" w:hAnsi="Aptos" w:eastAsia="Aptos"/>
          <w:b w:val="0"/>
          <w:color w:val="232323"/>
          <w:sz w:val="18"/>
        </w:rPr>
        <w:t>4. Derecho o derechos solicitados</w:t>
      </w:r>
    </w:p>
    <w:tbl>
      <w:tblPr>
        <w:tblW w:w="5000" w:type="pct"/>
        <w:jc w:val="center"/>
        <w:tblLook w:val="04A0" w:firstRow="1" w:lastRow="0" w:firstColumn="1" w:lastColumn="0" w:noHBand="0" w:noVBand="1"/>
      </w:tblPr>
      <w:tblGrid>
        <w:gridCol w:w="5320"/>
        <w:gridCol w:w="5320"/>
      </w:tblGrid>
      <w:tr w:rsidR="00C05C99" w:rsidTr="005924E8" w14:paraId="6105FFF8" w14:textId="77777777">
        <w:trPr>
          <w:cantSplit/>
          <w:jc w:val="center"/>
        </w:trPr>
        <w:tc>
          <w:tcPr>
            <w:tcW w:w="2500" w:type="pct"/>
            <w:tcBorders>
              <w:top w:val="single" w:color="F2B8C0" w:sz="6" w:space="0"/>
              <w:left w:val="single" w:color="F2B8C0" w:sz="6" w:space="0"/>
              <w:bottom w:val="single" w:color="F2B8C0" w:sz="6" w:space="0"/>
              <w:right w:val="single" w:color="F2B8C0" w:sz="6" w:space="0"/>
            </w:tcBorders>
            <w:shd w:val="clear" w:color="auto" w:fill="E60012"/>
            <w:vAlign w:val="center"/>
          </w:tcPr>
          <w:p w:rsidR="00C05C99" w:rsidRDefault="008B5AFD" w14:paraId="50125D63" w14:textId="77777777">
            <w:pPr>
              <w:jc w:val="center"/>
            </w:pPr>
            <w:r>
              <w:rPr>
                <w:b/>
                <w:color w:val="FFFFFF"/>
                <w:sz w:val="17"/>
              </w:rPr>
              <w:t>Derecho</w:t>
            </w:r>
          </w:p>
        </w:tc>
        <w:tc>
          <w:tcPr>
            <w:tcW w:w="2500" w:type="pct"/>
            <w:tcBorders>
              <w:top w:val="single" w:color="F2B8C0" w:sz="6" w:space="0"/>
              <w:left w:val="single" w:color="F2B8C0" w:sz="6" w:space="0"/>
              <w:bottom w:val="single" w:color="F2B8C0" w:sz="6" w:space="0"/>
              <w:right w:val="single" w:color="F2B8C0" w:sz="6" w:space="0"/>
            </w:tcBorders>
            <w:shd w:val="clear" w:color="auto" w:fill="E60012"/>
            <w:vAlign w:val="center"/>
          </w:tcPr>
          <w:p w:rsidR="00C05C99" w:rsidRDefault="008B5AFD" w14:paraId="6B957DBF" w14:textId="77777777">
            <w:pPr>
              <w:jc w:val="center"/>
            </w:pPr>
            <w:r>
              <w:rPr>
                <w:b/>
                <w:color w:val="FFFFFF"/>
                <w:sz w:val="17"/>
              </w:rPr>
              <w:t>Selecciona y precisa</w:t>
            </w:r>
          </w:p>
        </w:tc>
      </w:tr>
      <w:tr w:rsidRPr="005924E8" w:rsidR="00C05C99" w:rsidTr="005924E8" w14:paraId="1F2E573C" w14:textId="77777777">
        <w:trPr>
          <w:jc w:val="center"/>
        </w:trPr>
        <w:tc>
          <w:tcPr>
            <w:tcW w:w="2500" w:type="pct"/>
            <w:shd w:val="clear" w:color="auto" w:fill="FFF1F3"/>
          </w:tcPr>
          <w:p w:rsidR="00C05C99" w:rsidRDefault="008B5AFD" w14:paraId="3E39C966" w14:textId="77777777">
            <w:pPr>
              <w:spacing w:after="0" w:line="240" w:lineRule="auto"/>
            </w:pPr>
            <w:r>
              <w:rPr>
                <w:b/>
                <w:color w:val="E60012"/>
                <w:sz w:val="15"/>
              </w:rPr>
              <w:t>☐</w:t>
            </w:r>
            <w:r>
              <w:rPr>
                <w:b/>
                <w:color w:val="E60012"/>
                <w:sz w:val="15"/>
              </w:rPr>
              <w:t xml:space="preserve"> Información</w:t>
            </w:r>
          </w:p>
        </w:tc>
        <w:tc>
          <w:tcPr>
            <w:tcW w:w="2500" w:type="pct"/>
          </w:tcPr>
          <w:p w:rsidRPr="005924E8" w:rsidR="00C05C99" w:rsidRDefault="008B5AFD" w14:paraId="49F03502" w14:textId="77777777">
            <w:pPr>
              <w:spacing w:after="0" w:line="240" w:lineRule="auto"/>
              <w:rPr>
                <w:lang w:val="es-EC"/>
              </w:rPr>
            </w:pPr>
            <w:r w:rsidRPr="005924E8">
              <w:rPr>
                <w:color w:val="232323"/>
                <w:sz w:val="15"/>
                <w:lang w:val="es-EC"/>
              </w:rPr>
              <w:t>Conocer condiciones del tratamiento.</w:t>
            </w:r>
            <w:r w:rsidRPr="005924E8">
              <w:rPr>
                <w:color w:val="232323"/>
                <w:sz w:val="15"/>
                <w:lang w:val="es-EC"/>
              </w:rPr>
              <w:br/>
            </w:r>
            <w:r w:rsidRPr="005924E8">
              <w:rPr>
                <w:color w:val="232323"/>
                <w:sz w:val="15"/>
                <w:lang w:val="es-EC"/>
              </w:rPr>
              <w:lastRenderedPageBreak/>
              <w:t>Detalle, si aplica: ______________________________________________</w:t>
            </w:r>
          </w:p>
        </w:tc>
      </w:tr>
      <w:tr w:rsidR="00C05C99" w:rsidTr="005924E8" w14:paraId="0C853D3C" w14:textId="77777777">
        <w:trPr>
          <w:jc w:val="center"/>
        </w:trPr>
        <w:tc>
          <w:tcPr>
            <w:tcW w:w="2500" w:type="pct"/>
            <w:shd w:val="clear" w:color="auto" w:fill="FFF1F3"/>
          </w:tcPr>
          <w:p w:rsidR="00C05C99" w:rsidRDefault="008B5AFD" w14:paraId="4FD5538A" w14:textId="77777777">
            <w:pPr>
              <w:spacing w:after="0" w:line="240" w:lineRule="auto"/>
            </w:pPr>
            <w:r>
              <w:rPr>
                <w:b/>
                <w:color w:val="E60012"/>
                <w:sz w:val="15"/>
              </w:rPr>
              <w:lastRenderedPageBreak/>
              <w:t>☐</w:t>
            </w:r>
            <w:r>
              <w:rPr>
                <w:b/>
                <w:color w:val="E60012"/>
                <w:sz w:val="15"/>
              </w:rPr>
              <w:t xml:space="preserve"> </w:t>
            </w:r>
            <w:proofErr w:type="spellStart"/>
            <w:r>
              <w:rPr>
                <w:b/>
                <w:color w:val="E60012"/>
                <w:sz w:val="15"/>
              </w:rPr>
              <w:t>Acceso</w:t>
            </w:r>
            <w:proofErr w:type="spellEnd"/>
          </w:p>
        </w:tc>
        <w:tc>
          <w:tcPr>
            <w:tcW w:w="2500" w:type="pct"/>
          </w:tcPr>
          <w:p w:rsidR="00C05C99" w:rsidRDefault="008B5AFD" w14:paraId="45F2BE8F" w14:textId="77777777">
            <w:pPr>
              <w:spacing w:after="0" w:line="240" w:lineRule="auto"/>
            </w:pPr>
            <w:r w:rsidRPr="005924E8">
              <w:rPr>
                <w:color w:val="232323"/>
                <w:sz w:val="15"/>
                <w:lang w:val="es-EC"/>
              </w:rPr>
              <w:t xml:space="preserve">Saber si MINISO trata mis datos y </w:t>
            </w:r>
            <w:r w:rsidRPr="005924E8">
              <w:rPr>
                <w:color w:val="232323"/>
                <w:sz w:val="15"/>
                <w:lang w:val="es-EC"/>
              </w:rPr>
              <w:t>acceder a ellos.</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______________________________________________</w:t>
            </w:r>
          </w:p>
        </w:tc>
      </w:tr>
      <w:tr w:rsidR="00C05C99" w:rsidTr="005924E8" w14:paraId="762A53BB" w14:textId="77777777">
        <w:trPr>
          <w:jc w:val="center"/>
        </w:trPr>
        <w:tc>
          <w:tcPr>
            <w:tcW w:w="2500" w:type="pct"/>
            <w:shd w:val="clear" w:color="auto" w:fill="FFF1F3"/>
          </w:tcPr>
          <w:p w:rsidR="00C05C99" w:rsidRDefault="008B5AFD" w14:paraId="6E8ACCA2" w14:textId="77777777">
            <w:pPr>
              <w:spacing w:after="0" w:line="240" w:lineRule="auto"/>
            </w:pPr>
            <w:r>
              <w:rPr>
                <w:b/>
                <w:color w:val="E60012"/>
                <w:sz w:val="15"/>
              </w:rPr>
              <w:t>☐</w:t>
            </w:r>
            <w:r>
              <w:rPr>
                <w:b/>
                <w:color w:val="E60012"/>
                <w:sz w:val="15"/>
              </w:rPr>
              <w:t xml:space="preserve"> Rectificación / actualización</w:t>
            </w:r>
          </w:p>
        </w:tc>
        <w:tc>
          <w:tcPr>
            <w:tcW w:w="2500" w:type="pct"/>
          </w:tcPr>
          <w:p w:rsidR="00C05C99" w:rsidRDefault="008B5AFD" w14:paraId="5DD958A3" w14:textId="77777777">
            <w:pPr>
              <w:spacing w:after="0" w:line="240" w:lineRule="auto"/>
            </w:pPr>
            <w:r w:rsidRPr="005924E8">
              <w:rPr>
                <w:color w:val="232323"/>
                <w:sz w:val="15"/>
                <w:lang w:val="es-EC"/>
              </w:rPr>
              <w:t>Corregir datos inexactos, incompletos o desactualizados.</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______________________________________________</w:t>
            </w:r>
          </w:p>
        </w:tc>
      </w:tr>
      <w:tr w:rsidR="00C05C99" w:rsidTr="005924E8" w14:paraId="55199E94" w14:textId="77777777">
        <w:trPr>
          <w:jc w:val="center"/>
        </w:trPr>
        <w:tc>
          <w:tcPr>
            <w:tcW w:w="2500" w:type="pct"/>
            <w:shd w:val="clear" w:color="auto" w:fill="FFF1F3"/>
          </w:tcPr>
          <w:p w:rsidR="00C05C99" w:rsidRDefault="008B5AFD" w14:paraId="50DB2A10" w14:textId="77777777">
            <w:pPr>
              <w:spacing w:after="0" w:line="240" w:lineRule="auto"/>
            </w:pPr>
            <w:r>
              <w:rPr>
                <w:b/>
                <w:color w:val="E60012"/>
                <w:sz w:val="15"/>
              </w:rPr>
              <w:t>☐</w:t>
            </w:r>
            <w:r>
              <w:rPr>
                <w:b/>
                <w:color w:val="E60012"/>
                <w:sz w:val="15"/>
              </w:rPr>
              <w:t xml:space="preserve"> Eliminación</w:t>
            </w:r>
          </w:p>
        </w:tc>
        <w:tc>
          <w:tcPr>
            <w:tcW w:w="2500" w:type="pct"/>
          </w:tcPr>
          <w:p w:rsidR="00C05C99" w:rsidRDefault="008B5AFD" w14:paraId="02E98ED8" w14:textId="77777777">
            <w:pPr>
              <w:spacing w:after="0" w:line="240" w:lineRule="auto"/>
            </w:pPr>
            <w:r w:rsidRPr="005924E8">
              <w:rPr>
                <w:color w:val="232323"/>
                <w:sz w:val="15"/>
                <w:lang w:val="es-EC"/>
              </w:rPr>
              <w:t xml:space="preserve">Solicitar supresión, bloqueo o </w:t>
            </w:r>
            <w:proofErr w:type="spellStart"/>
            <w:r w:rsidRPr="005924E8">
              <w:rPr>
                <w:color w:val="232323"/>
                <w:sz w:val="15"/>
                <w:lang w:val="es-EC"/>
              </w:rPr>
              <w:t>anonimización</w:t>
            </w:r>
            <w:proofErr w:type="spellEnd"/>
            <w:r w:rsidRPr="005924E8">
              <w:rPr>
                <w:color w:val="232323"/>
                <w:sz w:val="15"/>
                <w:lang w:val="es-EC"/>
              </w:rPr>
              <w:t xml:space="preserve"> cuando proceda.</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______________________________________________</w:t>
            </w:r>
          </w:p>
        </w:tc>
      </w:tr>
      <w:tr w:rsidR="00C05C99" w:rsidTr="005924E8" w14:paraId="3687E247" w14:textId="77777777">
        <w:trPr>
          <w:jc w:val="center"/>
        </w:trPr>
        <w:tc>
          <w:tcPr>
            <w:tcW w:w="2500" w:type="pct"/>
            <w:shd w:val="clear" w:color="auto" w:fill="FFF1F3"/>
          </w:tcPr>
          <w:p w:rsidR="00C05C99" w:rsidRDefault="008B5AFD" w14:paraId="52E570C1" w14:textId="77777777">
            <w:pPr>
              <w:spacing w:after="0" w:line="240" w:lineRule="auto"/>
            </w:pPr>
            <w:r>
              <w:rPr>
                <w:b/>
                <w:color w:val="E60012"/>
                <w:sz w:val="15"/>
              </w:rPr>
              <w:t>☐</w:t>
            </w:r>
            <w:r>
              <w:rPr>
                <w:b/>
                <w:color w:val="E60012"/>
                <w:sz w:val="15"/>
              </w:rPr>
              <w:t xml:space="preserve"> Oposición</w:t>
            </w:r>
          </w:p>
        </w:tc>
        <w:tc>
          <w:tcPr>
            <w:tcW w:w="2500" w:type="pct"/>
          </w:tcPr>
          <w:p w:rsidR="00C05C99" w:rsidRDefault="008B5AFD" w14:paraId="4723768D" w14:textId="77777777">
            <w:pPr>
              <w:spacing w:after="0" w:line="240" w:lineRule="auto"/>
            </w:pPr>
            <w:r w:rsidRPr="005924E8">
              <w:rPr>
                <w:color w:val="232323"/>
                <w:sz w:val="15"/>
                <w:lang w:val="es-EC"/>
              </w:rPr>
              <w:t>Pedir que cese un tratamiento, especialmente marketing directo.</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_______________________________</w:t>
            </w:r>
            <w:r>
              <w:rPr>
                <w:color w:val="232323"/>
                <w:sz w:val="15"/>
              </w:rPr>
              <w:t>_______________</w:t>
            </w:r>
          </w:p>
        </w:tc>
      </w:tr>
      <w:tr w:rsidR="00C05C99" w:rsidTr="005924E8" w14:paraId="464381DA" w14:textId="77777777">
        <w:trPr>
          <w:jc w:val="center"/>
        </w:trPr>
        <w:tc>
          <w:tcPr>
            <w:tcW w:w="2500" w:type="pct"/>
            <w:shd w:val="clear" w:color="auto" w:fill="FFF1F3"/>
          </w:tcPr>
          <w:p w:rsidR="00C05C99" w:rsidRDefault="008B5AFD" w14:paraId="16009C95" w14:textId="77777777">
            <w:pPr>
              <w:spacing w:after="0" w:line="240" w:lineRule="auto"/>
            </w:pPr>
            <w:r>
              <w:rPr>
                <w:b/>
                <w:color w:val="E60012"/>
                <w:sz w:val="15"/>
              </w:rPr>
              <w:t>☐</w:t>
            </w:r>
            <w:r>
              <w:rPr>
                <w:b/>
                <w:color w:val="E60012"/>
                <w:sz w:val="15"/>
              </w:rPr>
              <w:t xml:space="preserve"> Suspensión / limitación</w:t>
            </w:r>
          </w:p>
        </w:tc>
        <w:tc>
          <w:tcPr>
            <w:tcW w:w="2500" w:type="pct"/>
          </w:tcPr>
          <w:p w:rsidR="00C05C99" w:rsidRDefault="008B5AFD" w14:paraId="3083AAFD" w14:textId="77777777">
            <w:pPr>
              <w:spacing w:after="0" w:line="240" w:lineRule="auto"/>
            </w:pPr>
            <w:r w:rsidRPr="005924E8">
              <w:rPr>
                <w:color w:val="232323"/>
                <w:sz w:val="15"/>
                <w:lang w:val="es-EC"/>
              </w:rPr>
              <w:t>Restringir temporalmente el uso de mis datos.</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______________________________________________</w:t>
            </w:r>
          </w:p>
        </w:tc>
      </w:tr>
      <w:tr w:rsidR="00C05C99" w:rsidTr="005924E8" w14:paraId="07BC8DCF" w14:textId="77777777">
        <w:trPr>
          <w:jc w:val="center"/>
        </w:trPr>
        <w:tc>
          <w:tcPr>
            <w:tcW w:w="2500" w:type="pct"/>
            <w:shd w:val="clear" w:color="auto" w:fill="FFF1F3"/>
          </w:tcPr>
          <w:p w:rsidR="00C05C99" w:rsidRDefault="008B5AFD" w14:paraId="26D96F26" w14:textId="77777777">
            <w:pPr>
              <w:spacing w:after="0" w:line="240" w:lineRule="auto"/>
            </w:pPr>
            <w:r>
              <w:rPr>
                <w:b/>
                <w:color w:val="E60012"/>
                <w:sz w:val="15"/>
              </w:rPr>
              <w:t>☐</w:t>
            </w:r>
            <w:r>
              <w:rPr>
                <w:b/>
                <w:color w:val="E60012"/>
                <w:sz w:val="15"/>
              </w:rPr>
              <w:t xml:space="preserve"> Portabilidad</w:t>
            </w:r>
          </w:p>
        </w:tc>
        <w:tc>
          <w:tcPr>
            <w:tcW w:w="2500" w:type="pct"/>
          </w:tcPr>
          <w:p w:rsidR="00C05C99" w:rsidRDefault="008B5AFD" w14:paraId="7E89CE4E" w14:textId="77777777">
            <w:pPr>
              <w:spacing w:after="0" w:line="240" w:lineRule="auto"/>
            </w:pPr>
            <w:r w:rsidRPr="005924E8">
              <w:rPr>
                <w:color w:val="232323"/>
                <w:sz w:val="15"/>
                <w:lang w:val="es-EC"/>
              </w:rPr>
              <w:t>Recibir datos en formato compatible cuando proceda.</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w:t>
            </w:r>
            <w:r>
              <w:rPr>
                <w:color w:val="232323"/>
                <w:sz w:val="15"/>
              </w:rPr>
              <w:t>__________________________________</w:t>
            </w:r>
          </w:p>
        </w:tc>
      </w:tr>
      <w:tr w:rsidR="00C05C99" w:rsidTr="005924E8" w14:paraId="61A00FF6" w14:textId="77777777">
        <w:trPr>
          <w:jc w:val="center"/>
        </w:trPr>
        <w:tc>
          <w:tcPr>
            <w:tcW w:w="2500" w:type="pct"/>
            <w:shd w:val="clear" w:color="auto" w:fill="FFF1F3"/>
          </w:tcPr>
          <w:p w:rsidR="00C05C99" w:rsidRDefault="008B5AFD" w14:paraId="67990142" w14:textId="77777777">
            <w:pPr>
              <w:spacing w:after="0" w:line="240" w:lineRule="auto"/>
            </w:pPr>
            <w:r>
              <w:rPr>
                <w:b/>
                <w:color w:val="E60012"/>
                <w:sz w:val="15"/>
              </w:rPr>
              <w:t>☐</w:t>
            </w:r>
            <w:r>
              <w:rPr>
                <w:b/>
                <w:color w:val="E60012"/>
                <w:sz w:val="15"/>
              </w:rPr>
              <w:t xml:space="preserve"> Revocatoria del consentimiento</w:t>
            </w:r>
          </w:p>
        </w:tc>
        <w:tc>
          <w:tcPr>
            <w:tcW w:w="2500" w:type="pct"/>
          </w:tcPr>
          <w:p w:rsidR="00C05C99" w:rsidRDefault="008B5AFD" w14:paraId="73D2309E" w14:textId="77777777">
            <w:pPr>
              <w:spacing w:after="0" w:line="240" w:lineRule="auto"/>
            </w:pPr>
            <w:r w:rsidRPr="005924E8">
              <w:rPr>
                <w:color w:val="232323"/>
                <w:sz w:val="15"/>
                <w:lang w:val="es-EC"/>
              </w:rPr>
              <w:t>Retirar una autorización otorgada para finalidades opcionales.</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______________________________________________</w:t>
            </w:r>
          </w:p>
        </w:tc>
      </w:tr>
      <w:tr w:rsidR="00C05C99" w:rsidTr="005924E8" w14:paraId="09618499" w14:textId="77777777">
        <w:trPr>
          <w:jc w:val="center"/>
        </w:trPr>
        <w:tc>
          <w:tcPr>
            <w:tcW w:w="2500" w:type="pct"/>
            <w:shd w:val="clear" w:color="auto" w:fill="FFF1F3"/>
          </w:tcPr>
          <w:p w:rsidR="00C05C99" w:rsidRDefault="008B5AFD" w14:paraId="5491463A" w14:textId="77777777">
            <w:pPr>
              <w:spacing w:after="0" w:line="240" w:lineRule="auto"/>
            </w:pPr>
            <w:r>
              <w:rPr>
                <w:b/>
                <w:color w:val="E60012"/>
                <w:sz w:val="15"/>
              </w:rPr>
              <w:t>☐</w:t>
            </w:r>
            <w:r>
              <w:rPr>
                <w:b/>
                <w:color w:val="E60012"/>
                <w:sz w:val="15"/>
              </w:rPr>
              <w:t xml:space="preserve"> No decisiones automatizadas</w:t>
            </w:r>
          </w:p>
        </w:tc>
        <w:tc>
          <w:tcPr>
            <w:tcW w:w="2500" w:type="pct"/>
          </w:tcPr>
          <w:p w:rsidR="00C05C99" w:rsidRDefault="008B5AFD" w14:paraId="6440148E" w14:textId="77777777">
            <w:pPr>
              <w:spacing w:after="0" w:line="240" w:lineRule="auto"/>
            </w:pPr>
            <w:r w:rsidRPr="005924E8">
              <w:rPr>
                <w:color w:val="232323"/>
                <w:sz w:val="15"/>
                <w:lang w:val="es-EC"/>
              </w:rPr>
              <w:t xml:space="preserve">Solicitar </w:t>
            </w:r>
            <w:r w:rsidRPr="005924E8">
              <w:rPr>
                <w:color w:val="232323"/>
                <w:sz w:val="15"/>
                <w:lang w:val="es-EC"/>
              </w:rPr>
              <w:t>explicación o revisión humana, si aplica.</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______________________________________________</w:t>
            </w:r>
          </w:p>
        </w:tc>
      </w:tr>
      <w:tr w:rsidR="00C05C99" w:rsidTr="005924E8" w14:paraId="2D2AB328" w14:textId="77777777">
        <w:trPr>
          <w:jc w:val="center"/>
        </w:trPr>
        <w:tc>
          <w:tcPr>
            <w:tcW w:w="2500" w:type="pct"/>
            <w:shd w:val="clear" w:color="auto" w:fill="FFF1F3"/>
          </w:tcPr>
          <w:p w:rsidR="00C05C99" w:rsidRDefault="008B5AFD" w14:paraId="7D28A277" w14:textId="77777777">
            <w:pPr>
              <w:spacing w:after="0" w:line="240" w:lineRule="auto"/>
            </w:pPr>
            <w:r>
              <w:rPr>
                <w:b/>
                <w:color w:val="E60012"/>
                <w:sz w:val="15"/>
              </w:rPr>
              <w:t>☐</w:t>
            </w:r>
            <w:r>
              <w:rPr>
                <w:b/>
                <w:color w:val="E60012"/>
                <w:sz w:val="15"/>
              </w:rPr>
              <w:t xml:space="preserve"> Consulta general de privacidad</w:t>
            </w:r>
          </w:p>
        </w:tc>
        <w:tc>
          <w:tcPr>
            <w:tcW w:w="2500" w:type="pct"/>
          </w:tcPr>
          <w:p w:rsidR="00C05C99" w:rsidRDefault="008B5AFD" w14:paraId="1AEDBAF9" w14:textId="77777777">
            <w:pPr>
              <w:spacing w:after="0" w:line="240" w:lineRule="auto"/>
            </w:pPr>
            <w:r w:rsidRPr="005924E8">
              <w:rPr>
                <w:color w:val="232323"/>
                <w:sz w:val="15"/>
                <w:lang w:val="es-EC"/>
              </w:rPr>
              <w:t>Presentar una pregunta sobre el tratamiento de mis datos.</w:t>
            </w:r>
            <w:r w:rsidRPr="005924E8">
              <w:rPr>
                <w:color w:val="232323"/>
                <w:sz w:val="15"/>
                <w:lang w:val="es-EC"/>
              </w:rPr>
              <w:br/>
            </w:r>
            <w:proofErr w:type="spellStart"/>
            <w:r>
              <w:rPr>
                <w:color w:val="232323"/>
                <w:sz w:val="15"/>
              </w:rPr>
              <w:t>Detalle</w:t>
            </w:r>
            <w:proofErr w:type="spellEnd"/>
            <w:r>
              <w:rPr>
                <w:color w:val="232323"/>
                <w:sz w:val="15"/>
              </w:rPr>
              <w:t xml:space="preserve">, </w:t>
            </w:r>
            <w:proofErr w:type="spellStart"/>
            <w:r>
              <w:rPr>
                <w:color w:val="232323"/>
                <w:sz w:val="15"/>
              </w:rPr>
              <w:t>si</w:t>
            </w:r>
            <w:proofErr w:type="spellEnd"/>
            <w:r>
              <w:rPr>
                <w:color w:val="232323"/>
                <w:sz w:val="15"/>
              </w:rPr>
              <w:t xml:space="preserve"> </w:t>
            </w:r>
            <w:proofErr w:type="spellStart"/>
            <w:r>
              <w:rPr>
                <w:color w:val="232323"/>
                <w:sz w:val="15"/>
              </w:rPr>
              <w:t>aplica</w:t>
            </w:r>
            <w:proofErr w:type="spellEnd"/>
            <w:r>
              <w:rPr>
                <w:color w:val="232323"/>
                <w:sz w:val="15"/>
              </w:rPr>
              <w:t>: ___________________________________</w:t>
            </w:r>
            <w:r>
              <w:rPr>
                <w:color w:val="232323"/>
                <w:sz w:val="15"/>
              </w:rPr>
              <w:t>___________</w:t>
            </w:r>
          </w:p>
        </w:tc>
      </w:tr>
    </w:tbl>
    <w:p w:rsidR="00C05C99" w:rsidRDefault="008B5AFD" w14:paraId="5A27D10F" w14:textId="77777777">
      <w:pPr>
        <w:pStyle w:val="Ttulo1"/>
        <w:spacing w:line="250" w:lineRule="auto"/>
      </w:pPr>
      <w:r>
        <w:rPr>
          <w:rFonts w:ascii="Aptos" w:hAnsi="Aptos" w:eastAsia="Aptos"/>
          <w:b w:val="0"/>
          <w:color w:val="232323"/>
          <w:sz w:val="18"/>
        </w:rPr>
        <w:t>5. Describe tu solicitud</w:t>
      </w:r>
    </w:p>
    <w:tbl>
      <w:tblPr>
        <w:tblW w:w="0" w:type="auto"/>
        <w:jc w:val="center"/>
        <w:tblLook w:val="04A0" w:firstRow="1" w:lastRow="0" w:firstColumn="1" w:lastColumn="0" w:noHBand="0" w:noVBand="1"/>
      </w:tblPr>
      <w:tblGrid>
        <w:gridCol w:w="10640"/>
      </w:tblGrid>
      <w:tr w:rsidR="00C05C99" w14:paraId="72F1CCE2" w14:textId="77777777">
        <w:trPr>
          <w:cantSplit/>
          <w:jc w:val="center"/>
        </w:trPr>
        <w:tc>
          <w:tcPr>
            <w:tcW w:w="10656" w:type="dxa"/>
            <w:tcBorders>
              <w:top w:val="single" w:color="F2B8C0" w:sz="6" w:space="0"/>
              <w:left w:val="single" w:color="F2B8C0" w:sz="6" w:space="0"/>
              <w:bottom w:val="single" w:color="F2B8C0" w:sz="6" w:space="0"/>
              <w:right w:val="single" w:color="F2B8C0" w:sz="6" w:space="0"/>
            </w:tcBorders>
            <w:vAlign w:val="center"/>
          </w:tcPr>
          <w:p w:rsidRPr="005924E8" w:rsidR="00C05C99" w:rsidRDefault="008B5AFD" w14:paraId="448C09E3" w14:textId="77777777">
            <w:pPr>
              <w:rPr>
                <w:lang w:val="es-EC"/>
              </w:rPr>
            </w:pPr>
            <w:r w:rsidRPr="005924E8">
              <w:rPr>
                <w:b/>
                <w:color w:val="E60012"/>
                <w:sz w:val="16"/>
                <w:lang w:val="es-EC"/>
              </w:rPr>
              <w:t>Explica de forma clara qué necesitas. Puedes indicar cuenta, pedido, factura, tienda, fecha, campaña, correo, teléfono, proceso laboral o cualquier dato que ayude a ubicar la información.</w:t>
            </w:r>
          </w:p>
          <w:p w:rsidR="00C05C99" w:rsidRDefault="00C05C99" w14:paraId="5CCD22AD" w14:textId="77777777">
            <w:pPr>
              <w:spacing w:after="0"/>
            </w:pPr>
          </w:p>
          <w:p w:rsidR="005924E8" w:rsidRDefault="005924E8" w14:paraId="6A5448DF" w14:textId="77777777">
            <w:pPr>
              <w:spacing w:after="0"/>
            </w:pPr>
          </w:p>
          <w:p w:rsidR="005924E8" w:rsidRDefault="005924E8" w14:paraId="47460EE9" w14:textId="77777777">
            <w:pPr>
              <w:spacing w:after="0"/>
            </w:pPr>
          </w:p>
          <w:p w:rsidR="005924E8" w:rsidRDefault="005924E8" w14:paraId="3147CB79" w14:textId="77777777">
            <w:pPr>
              <w:spacing w:after="0"/>
            </w:pPr>
          </w:p>
          <w:p w:rsidR="005924E8" w:rsidRDefault="005924E8" w14:paraId="336AF29F" w14:textId="77777777">
            <w:pPr>
              <w:spacing w:after="0"/>
            </w:pPr>
          </w:p>
          <w:p w:rsidR="005924E8" w:rsidRDefault="005924E8" w14:paraId="4A73645E" w14:textId="77777777">
            <w:pPr>
              <w:spacing w:after="0"/>
            </w:pPr>
          </w:p>
          <w:p w:rsidR="005924E8" w:rsidRDefault="005924E8" w14:paraId="357B6BBB" w14:textId="77777777">
            <w:pPr>
              <w:spacing w:after="0"/>
            </w:pPr>
          </w:p>
          <w:p w:rsidR="005924E8" w:rsidRDefault="005924E8" w14:paraId="4B14AB05" w14:textId="47DE47F5">
            <w:pPr>
              <w:spacing w:after="0"/>
            </w:pPr>
          </w:p>
        </w:tc>
      </w:tr>
    </w:tbl>
    <w:p w:rsidR="00C05C99" w:rsidRDefault="008B5AFD" w14:paraId="414DF3C9" w14:textId="77777777">
      <w:pPr>
        <w:pStyle w:val="Ttulo1"/>
        <w:spacing w:line="250" w:lineRule="auto"/>
      </w:pPr>
      <w:r>
        <w:rPr>
          <w:rFonts w:ascii="Aptos" w:hAnsi="Aptos" w:eastAsia="Aptos"/>
          <w:b w:val="0"/>
          <w:color w:val="232323"/>
          <w:sz w:val="18"/>
        </w:rPr>
        <w:t>6. Documentos o soportes adjuntos</w:t>
      </w:r>
    </w:p>
    <w:p w:rsidR="005924E8" w:rsidRDefault="005924E8" w14:paraId="76F5D249" w14:textId="77777777">
      <w:pPr>
        <w:spacing w:after="20"/>
        <w:rPr>
          <w:b/>
          <w:color w:val="E60012"/>
          <w:sz w:val="20"/>
          <w:lang w:val="es-EC"/>
        </w:rPr>
        <w:sectPr w:rsidR="005924E8" w:rsidSect="005924E8">
          <w:type w:val="continuous"/>
          <w:pgSz w:w="12240" w:h="15840" w:orient="portrait"/>
          <w:pgMar w:top="648" w:right="792" w:bottom="792" w:left="792" w:header="720" w:footer="720" w:gutter="0"/>
          <w:cols w:space="720"/>
          <w:docGrid w:linePitch="360"/>
        </w:sectPr>
      </w:pPr>
    </w:p>
    <w:p w:rsidRPr="005924E8" w:rsidR="00C05C99" w:rsidRDefault="008B5AFD" w14:paraId="668E3F42" w14:textId="5AE0A3B9">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Copia de documento de identidad del titular.</w:t>
      </w:r>
    </w:p>
    <w:p w:rsidRPr="005924E8" w:rsidR="00C05C99" w:rsidRDefault="008B5AFD" w14:paraId="7A1DADA0"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 xml:space="preserve">Documento que acredita representación legal o </w:t>
      </w:r>
      <w:r w:rsidRPr="005924E8">
        <w:rPr>
          <w:color w:val="232323"/>
          <w:sz w:val="17"/>
          <w:lang w:val="es-EC"/>
        </w:rPr>
        <w:t>poder, si aplica.</w:t>
      </w:r>
    </w:p>
    <w:p w:rsidRPr="005924E8" w:rsidR="00C05C99" w:rsidRDefault="008B5AFD" w14:paraId="5F9ACD7B"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Soporte para rectificación o actualización de datos.</w:t>
      </w:r>
    </w:p>
    <w:p w:rsidRPr="005924E8" w:rsidR="00C05C99" w:rsidRDefault="008B5AFD" w14:paraId="50C9D959"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Soporte relacionado con compra, pedido, reclamo, factura, garantía o relación laboral.</w:t>
      </w:r>
    </w:p>
    <w:p w:rsidRPr="005924E8" w:rsidR="00C05C99" w:rsidRDefault="008B5AFD" w14:paraId="6AA41A39"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No adjunto soportes porque mi solicitud no los requiere.</w:t>
      </w:r>
    </w:p>
    <w:p w:rsidR="005924E8" w:rsidRDefault="005924E8" w14:paraId="10308C46" w14:textId="77777777">
      <w:pPr>
        <w:pStyle w:val="Ttulo1"/>
        <w:spacing w:line="250" w:lineRule="auto"/>
        <w:rPr>
          <w:rFonts w:ascii="Aptos" w:hAnsi="Aptos" w:eastAsia="Aptos"/>
          <w:b w:val="0"/>
          <w:color w:val="232323"/>
          <w:sz w:val="18"/>
          <w:lang w:val="es-EC"/>
        </w:rPr>
        <w:sectPr w:rsidR="005924E8" w:rsidSect="005924E8">
          <w:type w:val="continuous"/>
          <w:pgSz w:w="12240" w:h="15840" w:orient="portrait"/>
          <w:pgMar w:top="648" w:right="792" w:bottom="792" w:left="792" w:header="720" w:footer="720" w:gutter="0"/>
          <w:cols w:space="720" w:num="2"/>
          <w:docGrid w:linePitch="360"/>
        </w:sectPr>
      </w:pPr>
    </w:p>
    <w:p w:rsidR="005924E8" w:rsidP="005924E8" w:rsidRDefault="005924E8" w14:paraId="63E5A115" w14:textId="77777777">
      <w:pPr>
        <w:rPr>
          <w:lang w:val="es-EC"/>
        </w:rPr>
      </w:pPr>
    </w:p>
    <w:p w:rsidRPr="005924E8" w:rsidR="00C05C99" w:rsidRDefault="008B5AFD" w14:paraId="348EF651" w14:textId="31820424">
      <w:pPr>
        <w:pStyle w:val="Ttulo1"/>
        <w:spacing w:line="250" w:lineRule="auto"/>
        <w:rPr>
          <w:lang w:val="es-EC"/>
        </w:rPr>
      </w:pPr>
      <w:r w:rsidRPr="005924E8">
        <w:rPr>
          <w:rFonts w:ascii="Aptos" w:hAnsi="Aptos" w:eastAsia="Aptos"/>
          <w:b w:val="0"/>
          <w:color w:val="232323"/>
          <w:sz w:val="18"/>
          <w:lang w:val="es-EC"/>
        </w:rPr>
        <w:t>7. Regla especial para niñas, niños</w:t>
      </w:r>
      <w:r w:rsidRPr="005924E8">
        <w:rPr>
          <w:rFonts w:ascii="Aptos" w:hAnsi="Aptos" w:eastAsia="Aptos"/>
          <w:b w:val="0"/>
          <w:color w:val="232323"/>
          <w:sz w:val="18"/>
          <w:lang w:val="es-EC"/>
        </w:rPr>
        <w:t xml:space="preserve"> y adolescentes</w:t>
      </w:r>
    </w:p>
    <w:tbl>
      <w:tblPr>
        <w:tblW w:w="0" w:type="auto"/>
        <w:jc w:val="center"/>
        <w:tblLook w:val="04A0" w:firstRow="1" w:lastRow="0" w:firstColumn="1" w:lastColumn="0" w:noHBand="0" w:noVBand="1"/>
      </w:tblPr>
      <w:tblGrid>
        <w:gridCol w:w="5315"/>
        <w:gridCol w:w="5315"/>
      </w:tblGrid>
      <w:tr w:rsidRPr="005924E8" w:rsidR="00C05C99" w14:paraId="505DA262" w14:textId="77777777">
        <w:trPr>
          <w:cantSplit/>
          <w:jc w:val="center"/>
        </w:trPr>
        <w:tc>
          <w:tcPr>
            <w:tcW w:w="10656" w:type="dxa"/>
            <w:gridSpan w:val="2"/>
            <w:tcBorders>
              <w:top w:val="single" w:color="E60012" w:sz="10" w:space="0"/>
              <w:left w:val="single" w:color="E60012" w:sz="10" w:space="0"/>
              <w:bottom w:val="single" w:color="E60012" w:sz="10" w:space="0"/>
              <w:right w:val="single" w:color="E60012" w:sz="10" w:space="0"/>
            </w:tcBorders>
            <w:shd w:val="clear" w:color="auto" w:fill="FFF1F3"/>
            <w:vAlign w:val="center"/>
          </w:tcPr>
          <w:p w:rsidRPr="005924E8" w:rsidR="00C05C99" w:rsidRDefault="008B5AFD" w14:paraId="6B8C53B2" w14:textId="77777777">
            <w:pPr>
              <w:rPr>
                <w:lang w:val="es-EC"/>
              </w:rPr>
            </w:pPr>
            <w:r w:rsidRPr="005924E8">
              <w:rPr>
                <w:b/>
                <w:color w:val="E60012"/>
                <w:lang w:val="es-EC"/>
              </w:rPr>
              <w:t>Protección reforzada</w:t>
            </w:r>
          </w:p>
          <w:p w:rsidRPr="005924E8" w:rsidR="00C05C99" w:rsidRDefault="008B5AFD" w14:paraId="0173BE71" w14:textId="77777777">
            <w:pPr>
              <w:rPr>
                <w:lang w:val="es-EC"/>
              </w:rPr>
            </w:pPr>
            <w:r w:rsidRPr="005924E8">
              <w:rPr>
                <w:color w:val="232323"/>
                <w:sz w:val="16"/>
                <w:lang w:val="es-EC"/>
              </w:rPr>
              <w:t>Si la solicitud involucra datos de niñas, niños o adolescentes, MINISO podrá verificar representación, edad e interés superior. Los adolescentes desde los 15 años pueden ejercer sus derechos de forma directa, sin perjui</w:t>
            </w:r>
            <w:r w:rsidRPr="005924E8">
              <w:rPr>
                <w:color w:val="232323"/>
                <w:sz w:val="16"/>
                <w:lang w:val="es-EC"/>
              </w:rPr>
              <w:t>cio de medidas adicionales de protección cuando el caso lo requiera.</w:t>
            </w:r>
          </w:p>
        </w:tc>
      </w:tr>
      <w:tr w:rsidR="00C05C99" w14:paraId="26709EAF"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vAlign w:val="center"/>
          </w:tcPr>
          <w:p w:rsidRPr="005924E8" w:rsidR="00C05C99" w:rsidRDefault="008B5AFD" w14:paraId="332B5F52" w14:textId="77777777">
            <w:pPr>
              <w:rPr>
                <w:lang w:val="es-EC"/>
              </w:rPr>
            </w:pPr>
            <w:r w:rsidRPr="005924E8">
              <w:rPr>
                <w:b/>
                <w:color w:val="E60012"/>
                <w:sz w:val="16"/>
                <w:lang w:val="es-EC"/>
              </w:rPr>
              <w:t>Nombre del niño, niña o adolescente, si aplica</w:t>
            </w:r>
          </w:p>
          <w:p w:rsidR="00C05C99" w:rsidRDefault="008B5AFD" w14:paraId="21F4AA4D" w14:textId="77777777">
            <w:pPr>
              <w:spacing w:after="0"/>
            </w:pPr>
            <w:r>
              <w:rPr>
                <w:color w:val="5F5F5F"/>
                <w:sz w:val="16"/>
              </w:rPr>
              <w:t>________________________________________________________________________________</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423619D3" w14:textId="77777777">
            <w:r>
              <w:rPr>
                <w:b/>
                <w:color w:val="E60012"/>
                <w:sz w:val="16"/>
              </w:rPr>
              <w:t>Edad</w:t>
            </w:r>
          </w:p>
          <w:p w:rsidR="00C05C99" w:rsidRDefault="008B5AFD" w14:paraId="308982EE" w14:textId="77777777">
            <w:pPr>
              <w:spacing w:after="0"/>
            </w:pPr>
            <w:r>
              <w:rPr>
                <w:color w:val="5F5F5F"/>
                <w:sz w:val="16"/>
              </w:rPr>
              <w:t>________________________________________________________________________________</w:t>
            </w:r>
          </w:p>
        </w:tc>
      </w:tr>
      <w:tr w:rsidR="00C05C99" w14:paraId="4C462383"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vAlign w:val="center"/>
          </w:tcPr>
          <w:p w:rsidRPr="005924E8" w:rsidR="00C05C99" w:rsidRDefault="008B5AFD" w14:paraId="49845838" w14:textId="77777777">
            <w:pPr>
              <w:rPr>
                <w:lang w:val="es-EC"/>
              </w:rPr>
            </w:pPr>
            <w:r w:rsidRPr="005924E8">
              <w:rPr>
                <w:b/>
                <w:color w:val="E60012"/>
                <w:sz w:val="16"/>
                <w:lang w:val="es-EC"/>
              </w:rPr>
              <w:t>Nombre del representante, si aplica</w:t>
            </w:r>
          </w:p>
          <w:p w:rsidRPr="005924E8" w:rsidR="00C05C99" w:rsidRDefault="008B5AFD" w14:paraId="75394278" w14:textId="77777777">
            <w:pPr>
              <w:spacing w:after="0"/>
              <w:rPr>
                <w:lang w:val="es-EC"/>
              </w:rPr>
            </w:pPr>
            <w:r w:rsidRPr="005924E8">
              <w:rPr>
                <w:color w:val="5F5F5F"/>
                <w:sz w:val="16"/>
                <w:lang w:val="es-EC"/>
              </w:rPr>
              <w:t>________________________________________________________________________________</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30B7E58A" w14:textId="77777777">
            <w:proofErr w:type="spellStart"/>
            <w:r>
              <w:rPr>
                <w:b/>
                <w:color w:val="E60012"/>
                <w:sz w:val="16"/>
              </w:rPr>
              <w:t>Documento</w:t>
            </w:r>
            <w:proofErr w:type="spellEnd"/>
            <w:r>
              <w:rPr>
                <w:b/>
                <w:color w:val="E60012"/>
                <w:sz w:val="16"/>
              </w:rPr>
              <w:t xml:space="preserve"> que </w:t>
            </w:r>
            <w:proofErr w:type="spellStart"/>
            <w:r>
              <w:rPr>
                <w:b/>
                <w:color w:val="E60012"/>
                <w:sz w:val="16"/>
              </w:rPr>
              <w:t>acredita</w:t>
            </w:r>
            <w:proofErr w:type="spellEnd"/>
            <w:r>
              <w:rPr>
                <w:b/>
                <w:color w:val="E60012"/>
                <w:sz w:val="16"/>
              </w:rPr>
              <w:t xml:space="preserve"> </w:t>
            </w:r>
            <w:proofErr w:type="spellStart"/>
            <w:r>
              <w:rPr>
                <w:b/>
                <w:color w:val="E60012"/>
                <w:sz w:val="16"/>
              </w:rPr>
              <w:t>representación</w:t>
            </w:r>
            <w:proofErr w:type="spellEnd"/>
          </w:p>
          <w:p w:rsidR="00C05C99" w:rsidRDefault="008B5AFD" w14:paraId="19EDA0FF" w14:textId="77777777">
            <w:pPr>
              <w:spacing w:after="0"/>
            </w:pPr>
            <w:r>
              <w:rPr>
                <w:color w:val="5F5F5F"/>
                <w:sz w:val="16"/>
              </w:rPr>
              <w:t>___________________</w:t>
            </w:r>
            <w:r>
              <w:rPr>
                <w:color w:val="5F5F5F"/>
                <w:sz w:val="16"/>
              </w:rPr>
              <w:t>_____________________________________________________________</w:t>
            </w:r>
          </w:p>
        </w:tc>
      </w:tr>
    </w:tbl>
    <w:p w:rsidR="005924E8" w:rsidP="005924E8" w:rsidRDefault="005924E8" w14:paraId="4B32939A" w14:textId="77777777"/>
    <w:p w:rsidRPr="005924E8" w:rsidR="00C05C99" w:rsidRDefault="008B5AFD" w14:paraId="39CD405E" w14:textId="282FC202">
      <w:pPr>
        <w:pStyle w:val="Ttulo1"/>
        <w:spacing w:line="250" w:lineRule="auto"/>
        <w:rPr>
          <w:lang w:val="es-EC"/>
        </w:rPr>
      </w:pPr>
      <w:r w:rsidRPr="005924E8">
        <w:rPr>
          <w:rFonts w:ascii="Aptos" w:hAnsi="Aptos" w:eastAsia="Aptos"/>
          <w:b w:val="0"/>
          <w:color w:val="232323"/>
          <w:sz w:val="18"/>
          <w:lang w:val="es-EC"/>
        </w:rPr>
        <w:t>8. Autorización para respuesta y declaraciones</w:t>
      </w:r>
    </w:p>
    <w:p w:rsidRPr="005924E8" w:rsidR="00C05C99" w:rsidRDefault="008B5AFD" w14:paraId="122B1F95"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Declaro que la información suministrada es verdadera y que soy el titular o cuento con autorización/representación suficiente.</w:t>
      </w:r>
    </w:p>
    <w:p w:rsidRPr="005924E8" w:rsidR="00C05C99" w:rsidRDefault="008B5AFD" w14:paraId="1B674AE8"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Autorizo a MINI</w:t>
      </w:r>
      <w:r w:rsidRPr="005924E8">
        <w:rPr>
          <w:color w:val="232323"/>
          <w:sz w:val="17"/>
          <w:lang w:val="es-EC"/>
        </w:rPr>
        <w:t>SO a utilizar los datos incluidos en este formulario únicamente para recibir, verificar, tramitar, responder y documentar esta solicitud.</w:t>
      </w:r>
    </w:p>
    <w:p w:rsidRPr="005924E8" w:rsidR="00C05C99" w:rsidRDefault="008B5AFD" w14:paraId="64B16D76"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Entiendo que MINISO podrá solicitar aclaración o soporte adicional si la solicitud no permite verificar identidad, r</w:t>
      </w:r>
      <w:r w:rsidRPr="005924E8">
        <w:rPr>
          <w:color w:val="232323"/>
          <w:sz w:val="17"/>
          <w:lang w:val="es-EC"/>
        </w:rPr>
        <w:t>epresentación o ubicar razonablemente los datos.</w:t>
      </w:r>
    </w:p>
    <w:p w:rsidRPr="005924E8" w:rsidR="00C05C99" w:rsidRDefault="008B5AFD" w14:paraId="05C13724" w14:textId="77777777">
      <w:pPr>
        <w:spacing w:after="20"/>
        <w:rPr>
          <w:lang w:val="es-EC"/>
        </w:rPr>
      </w:pPr>
      <w:r w:rsidRPr="005924E8">
        <w:rPr>
          <w:b/>
          <w:color w:val="E60012"/>
          <w:sz w:val="20"/>
          <w:lang w:val="es-EC"/>
        </w:rPr>
        <w:t>☐</w:t>
      </w:r>
      <w:r w:rsidRPr="005924E8">
        <w:rPr>
          <w:b/>
          <w:color w:val="E60012"/>
          <w:sz w:val="20"/>
          <w:lang w:val="es-EC"/>
        </w:rPr>
        <w:t xml:space="preserve"> </w:t>
      </w:r>
      <w:r w:rsidRPr="005924E8">
        <w:rPr>
          <w:color w:val="232323"/>
          <w:sz w:val="17"/>
          <w:lang w:val="es-EC"/>
        </w:rPr>
        <w:t>Entiendo que la eliminación, oposición, suspensión o revocatoria puede no proceder total o parcialmente cuando exista obligación legal, defensa de derechos, seguridad, prevención de fraude o derechos de te</w:t>
      </w:r>
      <w:r w:rsidRPr="005924E8">
        <w:rPr>
          <w:color w:val="232323"/>
          <w:sz w:val="17"/>
          <w:lang w:val="es-EC"/>
        </w:rPr>
        <w:t>rceros.</w:t>
      </w:r>
    </w:p>
    <w:p w:rsidR="00C05C99" w:rsidRDefault="008B5AFD" w14:paraId="606D0970" w14:textId="77777777">
      <w:pPr>
        <w:spacing w:after="40"/>
        <w:jc w:val="center"/>
      </w:pPr>
      <w:r>
        <w:rPr>
          <w:noProof/>
        </w:rPr>
        <w:lastRenderedPageBreak/>
        <w:drawing>
          <wp:inline distT="0" distB="0" distL="0" distR="0" wp14:anchorId="59EA9E22" wp14:editId="18C176FD">
            <wp:extent cx="6217920" cy="16877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line.png"/>
                    <pic:cNvPicPr/>
                  </pic:nvPicPr>
                  <pic:blipFill>
                    <a:blip r:embed="rId13"/>
                    <a:stretch>
                      <a:fillRect/>
                    </a:stretch>
                  </pic:blipFill>
                  <pic:spPr>
                    <a:xfrm>
                      <a:off x="0" y="0"/>
                      <a:ext cx="6217920" cy="1687721"/>
                    </a:xfrm>
                    <a:prstGeom prst="rect">
                      <a:avLst/>
                    </a:prstGeom>
                  </pic:spPr>
                </pic:pic>
              </a:graphicData>
            </a:graphic>
          </wp:inline>
        </w:drawing>
      </w:r>
    </w:p>
    <w:p w:rsidR="00C05C99" w:rsidRDefault="008B5AFD" w14:paraId="520FF1B7" w14:textId="77777777">
      <w:pPr>
        <w:pStyle w:val="Ttulo1"/>
        <w:spacing w:line="250" w:lineRule="auto"/>
      </w:pPr>
      <w:r>
        <w:rPr>
          <w:rFonts w:ascii="Aptos" w:hAnsi="Aptos" w:eastAsia="Aptos"/>
          <w:b w:val="0"/>
          <w:color w:val="232323"/>
          <w:sz w:val="18"/>
        </w:rPr>
        <w:t>9. Envío del formulario</w:t>
      </w:r>
    </w:p>
    <w:tbl>
      <w:tblPr>
        <w:tblW w:w="0" w:type="auto"/>
        <w:jc w:val="center"/>
        <w:tblLook w:val="04A0" w:firstRow="1" w:lastRow="0" w:firstColumn="1" w:lastColumn="0" w:noHBand="0" w:noVBand="1"/>
      </w:tblPr>
      <w:tblGrid>
        <w:gridCol w:w="5320"/>
        <w:gridCol w:w="5320"/>
      </w:tblGrid>
      <w:tr w:rsidRPr="005924E8" w:rsidR="00C05C99" w14:paraId="462DD4D0"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shd w:val="clear" w:color="auto" w:fill="FFF1F3"/>
            <w:vAlign w:val="center"/>
          </w:tcPr>
          <w:p w:rsidR="00C05C99" w:rsidRDefault="008B5AFD" w14:paraId="48B8E620" w14:textId="77777777">
            <w:pPr>
              <w:spacing w:after="0" w:line="240" w:lineRule="auto"/>
            </w:pPr>
            <w:r>
              <w:rPr>
                <w:b/>
                <w:color w:val="E60012"/>
                <w:sz w:val="16"/>
              </w:rPr>
              <w:t>Correo oficial</w:t>
            </w:r>
          </w:p>
        </w:tc>
        <w:tc>
          <w:tcPr>
            <w:tcW w:w="5328" w:type="dxa"/>
            <w:tcBorders>
              <w:top w:val="single" w:color="F2B8C0" w:sz="6" w:space="0"/>
              <w:left w:val="single" w:color="F2B8C0" w:sz="6" w:space="0"/>
              <w:bottom w:val="single" w:color="F2B8C0" w:sz="6" w:space="0"/>
              <w:right w:val="single" w:color="F2B8C0" w:sz="6" w:space="0"/>
            </w:tcBorders>
            <w:vAlign w:val="center"/>
          </w:tcPr>
          <w:p w:rsidRPr="005924E8" w:rsidR="00C05C99" w:rsidRDefault="008B5AFD" w14:paraId="786141FF" w14:textId="77777777">
            <w:pPr>
              <w:spacing w:after="0" w:line="240" w:lineRule="auto"/>
              <w:rPr>
                <w:lang w:val="es-EC"/>
              </w:rPr>
            </w:pPr>
            <w:r w:rsidRPr="005924E8">
              <w:rPr>
                <w:color w:val="232323"/>
                <w:sz w:val="16"/>
                <w:lang w:val="es-EC"/>
              </w:rPr>
              <w:t>[correo electrónico oficial de protección de datos personales de MINISO]</w:t>
            </w:r>
          </w:p>
        </w:tc>
      </w:tr>
      <w:tr w:rsidR="00C05C99" w14:paraId="5BA7696F"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shd w:val="clear" w:color="auto" w:fill="FFF1F3"/>
            <w:vAlign w:val="center"/>
          </w:tcPr>
          <w:p w:rsidR="00C05C99" w:rsidRDefault="008B5AFD" w14:paraId="674A0F18" w14:textId="77777777">
            <w:pPr>
              <w:spacing w:after="0" w:line="240" w:lineRule="auto"/>
            </w:pPr>
            <w:proofErr w:type="spellStart"/>
            <w:r>
              <w:rPr>
                <w:b/>
                <w:color w:val="E60012"/>
                <w:sz w:val="16"/>
              </w:rPr>
              <w:t>Formulario</w:t>
            </w:r>
            <w:proofErr w:type="spellEnd"/>
            <w:r>
              <w:rPr>
                <w:b/>
                <w:color w:val="E60012"/>
                <w:sz w:val="16"/>
              </w:rPr>
              <w:t xml:space="preserve"> digital</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1F31FC43" w14:textId="77777777">
            <w:pPr>
              <w:spacing w:after="0" w:line="240" w:lineRule="auto"/>
            </w:pPr>
            <w:r>
              <w:rPr>
                <w:color w:val="232323"/>
                <w:sz w:val="16"/>
              </w:rPr>
              <w:t>[enlace al formulario digital]</w:t>
            </w:r>
          </w:p>
        </w:tc>
      </w:tr>
      <w:tr w:rsidRPr="005924E8" w:rsidR="00C05C99" w14:paraId="652C2A3F"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shd w:val="clear" w:color="auto" w:fill="FFF1F3"/>
            <w:vAlign w:val="center"/>
          </w:tcPr>
          <w:p w:rsidR="00C05C99" w:rsidRDefault="008B5AFD" w14:paraId="4084B206" w14:textId="77777777">
            <w:pPr>
              <w:spacing w:after="0" w:line="240" w:lineRule="auto"/>
            </w:pPr>
            <w:r>
              <w:rPr>
                <w:b/>
                <w:color w:val="E60012"/>
                <w:sz w:val="16"/>
              </w:rPr>
              <w:t>Asunto sugerido</w:t>
            </w:r>
          </w:p>
        </w:tc>
        <w:tc>
          <w:tcPr>
            <w:tcW w:w="5328" w:type="dxa"/>
            <w:tcBorders>
              <w:top w:val="single" w:color="F2B8C0" w:sz="6" w:space="0"/>
              <w:left w:val="single" w:color="F2B8C0" w:sz="6" w:space="0"/>
              <w:bottom w:val="single" w:color="F2B8C0" w:sz="6" w:space="0"/>
              <w:right w:val="single" w:color="F2B8C0" w:sz="6" w:space="0"/>
            </w:tcBorders>
            <w:vAlign w:val="center"/>
          </w:tcPr>
          <w:p w:rsidRPr="005924E8" w:rsidR="00C05C99" w:rsidRDefault="008B5AFD" w14:paraId="3DAE5CD5" w14:textId="77777777">
            <w:pPr>
              <w:spacing w:after="0" w:line="240" w:lineRule="auto"/>
              <w:rPr>
                <w:lang w:val="es-EC"/>
              </w:rPr>
            </w:pPr>
            <w:r w:rsidRPr="005924E8">
              <w:rPr>
                <w:color w:val="232323"/>
                <w:sz w:val="16"/>
                <w:lang w:val="es-EC"/>
              </w:rPr>
              <w:t>Ejercicio de derechos PDP - MINISO</w:t>
            </w:r>
          </w:p>
        </w:tc>
      </w:tr>
    </w:tbl>
    <w:p w:rsidRPr="005924E8" w:rsidR="00C05C99" w:rsidRDefault="008B5AFD" w14:paraId="6A5DAF0A" w14:textId="77777777">
      <w:pPr>
        <w:pStyle w:val="Ttulo1"/>
        <w:spacing w:line="250" w:lineRule="auto"/>
        <w:rPr>
          <w:lang w:val="es-EC"/>
        </w:rPr>
      </w:pPr>
      <w:r w:rsidRPr="005924E8">
        <w:rPr>
          <w:rFonts w:ascii="Aptos" w:hAnsi="Aptos" w:eastAsia="Aptos"/>
          <w:b w:val="0"/>
          <w:color w:val="232323"/>
          <w:sz w:val="18"/>
          <w:lang w:val="es-EC"/>
        </w:rPr>
        <w:t xml:space="preserve">10. Datos para firma o </w:t>
      </w:r>
      <w:r w:rsidRPr="005924E8">
        <w:rPr>
          <w:rFonts w:ascii="Aptos" w:hAnsi="Aptos" w:eastAsia="Aptos"/>
          <w:b w:val="0"/>
          <w:color w:val="232323"/>
          <w:sz w:val="18"/>
          <w:lang w:val="es-EC"/>
        </w:rPr>
        <w:t>constancia de envío</w:t>
      </w:r>
    </w:p>
    <w:tbl>
      <w:tblPr>
        <w:tblW w:w="0" w:type="auto"/>
        <w:jc w:val="center"/>
        <w:tblLook w:val="04A0" w:firstRow="1" w:lastRow="0" w:firstColumn="1" w:lastColumn="0" w:noHBand="0" w:noVBand="1"/>
      </w:tblPr>
      <w:tblGrid>
        <w:gridCol w:w="5320"/>
        <w:gridCol w:w="5320"/>
      </w:tblGrid>
      <w:tr w:rsidR="00C05C99" w14:paraId="70AF8859"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27111203" w14:textId="77777777">
            <w:proofErr w:type="spellStart"/>
            <w:r>
              <w:rPr>
                <w:b/>
                <w:color w:val="E60012"/>
                <w:sz w:val="16"/>
              </w:rPr>
              <w:t>Nombre</w:t>
            </w:r>
            <w:proofErr w:type="spellEnd"/>
            <w:r>
              <w:rPr>
                <w:b/>
                <w:color w:val="E60012"/>
                <w:sz w:val="16"/>
              </w:rPr>
              <w:t xml:space="preserve"> del </w:t>
            </w:r>
            <w:proofErr w:type="spellStart"/>
            <w:r>
              <w:rPr>
                <w:b/>
                <w:color w:val="E60012"/>
                <w:sz w:val="16"/>
              </w:rPr>
              <w:t>solicitante</w:t>
            </w:r>
            <w:proofErr w:type="spellEnd"/>
          </w:p>
          <w:p w:rsidR="00C05C99" w:rsidRDefault="008B5AFD" w14:paraId="54ECCED6" w14:textId="77777777">
            <w:pPr>
              <w:spacing w:after="0"/>
            </w:pPr>
            <w:r>
              <w:rPr>
                <w:color w:val="5F5F5F"/>
                <w:sz w:val="16"/>
              </w:rPr>
              <w:t>________________________________________________________________________________</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1BC7C81A" w14:textId="77777777">
            <w:r>
              <w:rPr>
                <w:b/>
                <w:color w:val="E60012"/>
                <w:sz w:val="16"/>
              </w:rPr>
              <w:t>Firma física o digital</w:t>
            </w:r>
          </w:p>
          <w:p w:rsidR="00C05C99" w:rsidRDefault="008B5AFD" w14:paraId="5A54578C" w14:textId="77777777">
            <w:pPr>
              <w:spacing w:after="0"/>
            </w:pPr>
            <w:r>
              <w:rPr>
                <w:color w:val="5F5F5F"/>
                <w:sz w:val="16"/>
              </w:rPr>
              <w:t>________________________________________________________________________________</w:t>
            </w:r>
          </w:p>
        </w:tc>
      </w:tr>
      <w:tr w:rsidR="00C05C99" w14:paraId="73301E23"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190EAD27" w14:textId="77777777">
            <w:r>
              <w:rPr>
                <w:b/>
                <w:color w:val="E60012"/>
                <w:sz w:val="16"/>
              </w:rPr>
              <w:t>Fecha de envío</w:t>
            </w:r>
          </w:p>
          <w:p w:rsidR="00C05C99" w:rsidRDefault="008B5AFD" w14:paraId="63157D85" w14:textId="77777777">
            <w:pPr>
              <w:spacing w:after="0"/>
            </w:pPr>
            <w:r>
              <w:rPr>
                <w:color w:val="5F5F5F"/>
                <w:sz w:val="16"/>
              </w:rPr>
              <w:t>________________________________________________________________________________</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4A7D34AD" w14:textId="77777777">
            <w:r>
              <w:rPr>
                <w:b/>
                <w:color w:val="E60012"/>
                <w:sz w:val="16"/>
              </w:rPr>
              <w:t>Lugar</w:t>
            </w:r>
          </w:p>
          <w:p w:rsidR="00C05C99" w:rsidRDefault="008B5AFD" w14:paraId="405AB720" w14:textId="77777777">
            <w:pPr>
              <w:spacing w:after="0"/>
            </w:pPr>
            <w:r>
              <w:rPr>
                <w:color w:val="5F5F5F"/>
                <w:sz w:val="16"/>
              </w:rPr>
              <w:t>________________________________________________________________________________</w:t>
            </w:r>
          </w:p>
        </w:tc>
      </w:tr>
      <w:tr w:rsidR="00C05C99" w14:paraId="5F935D04" w14:textId="77777777">
        <w:trPr>
          <w:cantSplit/>
          <w:jc w:val="center"/>
        </w:trPr>
        <w:tc>
          <w:tcPr>
            <w:tcW w:w="5328" w:type="dxa"/>
            <w:tcBorders>
              <w:top w:val="single" w:color="F2B8C0" w:sz="6" w:space="0"/>
              <w:left w:val="single" w:color="F2B8C0" w:sz="6" w:space="0"/>
              <w:bottom w:val="single" w:color="F2B8C0" w:sz="6" w:space="0"/>
              <w:right w:val="single" w:color="F2B8C0" w:sz="6" w:space="0"/>
            </w:tcBorders>
            <w:vAlign w:val="center"/>
          </w:tcPr>
          <w:p w:rsidRPr="005924E8" w:rsidR="00C05C99" w:rsidRDefault="008B5AFD" w14:paraId="18012AEA" w14:textId="77777777">
            <w:pPr>
              <w:rPr>
                <w:lang w:val="es-EC"/>
              </w:rPr>
            </w:pPr>
            <w:r w:rsidRPr="005924E8">
              <w:rPr>
                <w:b/>
                <w:color w:val="E60012"/>
                <w:sz w:val="16"/>
                <w:lang w:val="es-EC"/>
              </w:rPr>
              <w:t>Correo desde el cual se envía</w:t>
            </w:r>
          </w:p>
          <w:p w:rsidR="00C05C99" w:rsidRDefault="008B5AFD" w14:paraId="7FD812C5" w14:textId="77777777">
            <w:pPr>
              <w:spacing w:after="0"/>
            </w:pPr>
            <w:r>
              <w:rPr>
                <w:color w:val="5F5F5F"/>
                <w:sz w:val="16"/>
              </w:rPr>
              <w:t>_________________________________________________________</w:t>
            </w:r>
            <w:r>
              <w:rPr>
                <w:color w:val="5F5F5F"/>
                <w:sz w:val="16"/>
              </w:rPr>
              <w:t>_______________________</w:t>
            </w:r>
          </w:p>
        </w:tc>
        <w:tc>
          <w:tcPr>
            <w:tcW w:w="5328" w:type="dxa"/>
            <w:tcBorders>
              <w:top w:val="single" w:color="F2B8C0" w:sz="6" w:space="0"/>
              <w:left w:val="single" w:color="F2B8C0" w:sz="6" w:space="0"/>
              <w:bottom w:val="single" w:color="F2B8C0" w:sz="6" w:space="0"/>
              <w:right w:val="single" w:color="F2B8C0" w:sz="6" w:space="0"/>
            </w:tcBorders>
            <w:vAlign w:val="center"/>
          </w:tcPr>
          <w:p w:rsidR="00C05C99" w:rsidRDefault="008B5AFD" w14:paraId="1F54FF83" w14:textId="77777777">
            <w:r>
              <w:rPr>
                <w:b/>
                <w:color w:val="E60012"/>
                <w:sz w:val="16"/>
              </w:rPr>
              <w:t>Teléfono de contacto</w:t>
            </w:r>
          </w:p>
          <w:p w:rsidR="00C05C99" w:rsidRDefault="008B5AFD" w14:paraId="1ADB0674" w14:textId="77777777">
            <w:pPr>
              <w:spacing w:after="0"/>
            </w:pPr>
            <w:r>
              <w:rPr>
                <w:color w:val="5F5F5F"/>
                <w:sz w:val="16"/>
              </w:rPr>
              <w:t>________________________________________________________________________________</w:t>
            </w:r>
          </w:p>
        </w:tc>
      </w:tr>
    </w:tbl>
    <w:p w:rsidR="00C05C99" w:rsidRDefault="008B5AFD" w14:paraId="33644A3B" w14:textId="77777777">
      <w:pPr>
        <w:pStyle w:val="Ttulo1"/>
        <w:spacing w:line="250" w:lineRule="auto"/>
      </w:pPr>
      <w:r>
        <w:rPr>
          <w:rFonts w:ascii="Aptos" w:hAnsi="Aptos" w:eastAsia="Aptos"/>
          <w:b w:val="0"/>
          <w:color w:val="232323"/>
          <w:sz w:val="18"/>
        </w:rPr>
        <w:t>11. Aviso de privacidad del formulario</w:t>
      </w:r>
    </w:p>
    <w:p w:rsidRPr="005924E8" w:rsidR="00C05C99" w:rsidP="005924E8" w:rsidRDefault="008B5AFD" w14:paraId="298082DD" w14:textId="77777777">
      <w:pPr>
        <w:spacing w:line="250" w:lineRule="auto"/>
        <w:jc w:val="both"/>
        <w:rPr>
          <w:lang w:val="es-EC"/>
        </w:rPr>
      </w:pPr>
      <w:r w:rsidRPr="005924E8">
        <w:rPr>
          <w:color w:val="232323"/>
          <w:sz w:val="17"/>
          <w:lang w:val="es-EC"/>
        </w:rPr>
        <w:t>MINISO tratará los datos incluidos en este formulario para recibir, verificar, analizar, r</w:t>
      </w:r>
      <w:r w:rsidRPr="005924E8">
        <w:rPr>
          <w:color w:val="232323"/>
          <w:sz w:val="17"/>
          <w:lang w:val="es-EC"/>
        </w:rPr>
        <w:t>esponder, ejecutar y documentar la solicitud de ejercicio de derechos, así como para conservar evidencia de cumplimiento. La base de legitimación aplicable es el cumplimiento de obligaciones legales en materia de protección de datos personales y, cuando co</w:t>
      </w:r>
      <w:r w:rsidRPr="005924E8">
        <w:rPr>
          <w:color w:val="232323"/>
          <w:sz w:val="17"/>
          <w:lang w:val="es-EC"/>
        </w:rPr>
        <w:t>rresponda, el interés legítimo de MINISO en verificar identidad, prevenir solicitudes fraudulentas, proteger datos de terceros y defender la gestión realizada.</w:t>
      </w:r>
    </w:p>
    <w:p w:rsidRPr="005924E8" w:rsidR="00C05C99" w:rsidP="005924E8" w:rsidRDefault="008B5AFD" w14:paraId="4229326D" w14:textId="77777777">
      <w:pPr>
        <w:spacing w:line="250" w:lineRule="auto"/>
        <w:jc w:val="both"/>
        <w:rPr>
          <w:lang w:val="es-EC"/>
        </w:rPr>
      </w:pPr>
      <w:r w:rsidRPr="005924E8">
        <w:rPr>
          <w:color w:val="232323"/>
          <w:sz w:val="17"/>
          <w:lang w:val="es-EC"/>
        </w:rPr>
        <w:t>Los datos podrán ser consultados por las áreas internas necesarias y, si corresponde, por encarg</w:t>
      </w:r>
      <w:r w:rsidRPr="005924E8">
        <w:rPr>
          <w:color w:val="232323"/>
          <w:sz w:val="17"/>
          <w:lang w:val="es-EC"/>
        </w:rPr>
        <w:t>ados o proveedores que traten datos por cuenta de MINISO para atender la solicitud. MINISO no solicitará contraseñas, códigos de autenticación, datos financieros completos ni información sensible innecesaria para este trámite.</w:t>
      </w:r>
    </w:p>
    <w:p w:rsidRPr="005924E8" w:rsidR="00C05C99" w:rsidP="005924E8" w:rsidRDefault="008B5AFD" w14:paraId="418046C8" w14:textId="5DD1609E">
      <w:pPr>
        <w:spacing w:line="250" w:lineRule="auto"/>
        <w:jc w:val="both"/>
        <w:rPr>
          <w:lang w:val="es-EC"/>
        </w:rPr>
      </w:pPr>
      <w:r w:rsidRPr="2912F98E" w:rsidR="008B5AFD">
        <w:rPr>
          <w:color w:val="232323"/>
          <w:sz w:val="17"/>
          <w:szCs w:val="17"/>
          <w:lang w:val="es-EC"/>
        </w:rPr>
        <w:t xml:space="preserve">Para </w:t>
      </w:r>
      <w:r w:rsidRPr="2912F98E" w:rsidR="008B5AFD">
        <w:rPr>
          <w:color w:val="232323"/>
          <w:sz w:val="17"/>
          <w:szCs w:val="17"/>
          <w:lang w:val="es-EC"/>
        </w:rPr>
        <w:t>mayor información</w:t>
      </w:r>
      <w:r w:rsidRPr="2912F98E" w:rsidR="008B5AFD">
        <w:rPr>
          <w:color w:val="232323"/>
          <w:sz w:val="17"/>
          <w:szCs w:val="17"/>
          <w:lang w:val="es-EC"/>
        </w:rPr>
        <w:t>, consu</w:t>
      </w:r>
      <w:r w:rsidRPr="2912F98E" w:rsidR="008B5AFD">
        <w:rPr>
          <w:color w:val="232323"/>
          <w:sz w:val="17"/>
          <w:szCs w:val="17"/>
          <w:lang w:val="es-EC"/>
        </w:rPr>
        <w:t xml:space="preserve">ltar la </w:t>
      </w:r>
      <w:hyperlink r:id="Re09d645e19be4f18">
        <w:r w:rsidRPr="2912F98E" w:rsidR="008B5AFD">
          <w:rPr>
            <w:rStyle w:val="Hyperlink"/>
            <w:lang w:val="es-EC"/>
          </w:rPr>
          <w:t>Política General de Protección de Datos Personales</w:t>
        </w:r>
      </w:hyperlink>
      <w:r w:rsidRPr="2912F98E" w:rsidR="0ACA46D3">
        <w:rPr>
          <w:color w:val="232323"/>
          <w:sz w:val="17"/>
          <w:szCs w:val="17"/>
          <w:lang w:val="es-EC"/>
        </w:rPr>
        <w:t>.</w:t>
      </w:r>
    </w:p>
    <w:p w:rsidRPr="005924E8" w:rsidR="00C05C99" w:rsidP="2912F98E" w:rsidRDefault="008B5AFD" w14:paraId="2DB5770A" w14:textId="7686DCEB">
      <w:pPr>
        <w:pStyle w:val="Listaconvietas"/>
        <w:numPr>
          <w:ilvl w:val="0"/>
          <w:numId w:val="0"/>
        </w:numPr>
        <w:spacing w:after="30" w:line="240" w:lineRule="auto"/>
        <w:jc w:val="both"/>
        <w:rPr>
          <w:color w:val="232323"/>
          <w:sz w:val="16"/>
          <w:szCs w:val="16"/>
          <w:lang w:val="es-EC"/>
        </w:rPr>
      </w:pPr>
    </w:p>
    <w:sectPr w:rsidRPr="005924E8" w:rsidR="00C05C99" w:rsidSect="005924E8">
      <w:type w:val="continuous"/>
      <w:pgSz w:w="12240" w:h="15840" w:orient="portrait"/>
      <w:pgMar w:top="648"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5AFD" w:rsidRDefault="008B5AFD" w14:paraId="099943E2" w14:textId="77777777">
      <w:pPr>
        <w:spacing w:after="0" w:line="240" w:lineRule="auto"/>
      </w:pPr>
      <w:r>
        <w:separator/>
      </w:r>
    </w:p>
  </w:endnote>
  <w:endnote w:type="continuationSeparator" w:id="0">
    <w:p w:rsidR="008B5AFD" w:rsidRDefault="008B5AFD" w14:paraId="111B4A8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24E8" w:rsidR="00C05C99" w:rsidRDefault="008B5AFD" w14:paraId="7DEC1FC6" w14:textId="77777777">
    <w:pPr>
      <w:pStyle w:val="Piedepgina"/>
      <w:jc w:val="center"/>
      <w:rPr>
        <w:lang w:val="es-EC"/>
      </w:rPr>
    </w:pPr>
    <w:r w:rsidRPr="005924E8">
      <w:rPr>
        <w:color w:val="5F5F5F"/>
        <w:sz w:val="15"/>
        <w:lang w:val="es-EC"/>
      </w:rPr>
      <w:t>Protección de Datos Personales | www.miniso.com.ec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5AFD" w:rsidRDefault="008B5AFD" w14:paraId="55A1852D" w14:textId="77777777">
      <w:pPr>
        <w:spacing w:after="0" w:line="240" w:lineRule="auto"/>
      </w:pPr>
      <w:r>
        <w:separator/>
      </w:r>
    </w:p>
  </w:footnote>
  <w:footnote w:type="continuationSeparator" w:id="0">
    <w:p w:rsidR="008B5AFD" w:rsidRDefault="008B5AFD" w14:paraId="1057418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5924E8" w:rsidR="00C05C99" w:rsidRDefault="008B5AFD" w14:paraId="7DEC1445" w14:textId="77777777">
    <w:pPr>
      <w:pStyle w:val="Encabezado"/>
      <w:rPr>
        <w:lang w:val="es-EC"/>
      </w:rPr>
    </w:pPr>
    <w:r>
      <w:rPr>
        <w:noProof/>
      </w:rPr>
      <w:drawing>
        <wp:inline distT="0" distB="0" distL="0" distR="0" wp14:anchorId="2228E3AC" wp14:editId="15B2F11D">
          <wp:extent cx="256032" cy="300559"/>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256032" cy="300559"/>
                  </a:xfrm>
                  <a:prstGeom prst="rect">
                    <a:avLst/>
                  </a:prstGeom>
                </pic:spPr>
              </pic:pic>
            </a:graphicData>
          </a:graphic>
        </wp:inline>
      </w:drawing>
    </w:r>
    <w:r w:rsidRPr="005924E8">
      <w:rPr>
        <w:color w:val="5F5F5F"/>
        <w:sz w:val="15"/>
        <w:lang w:val="es-EC"/>
      </w:rPr>
      <w:t xml:space="preserve">  MINISO ECUADOR S.A. | Formulario para ejercicio de derechos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924E8"/>
    <w:rsid w:val="008B5AFD"/>
    <w:rsid w:val="00AA1D8D"/>
    <w:rsid w:val="00B47730"/>
    <w:rsid w:val="00C05C99"/>
    <w:rsid w:val="00CB0664"/>
    <w:rsid w:val="00FC693F"/>
    <w:rsid w:val="050A68F6"/>
    <w:rsid w:val="0ACA46D3"/>
    <w:rsid w:val="17B976AE"/>
    <w:rsid w:val="286202A0"/>
    <w:rsid w:val="2912F98E"/>
    <w:rsid w:val="2D8F5EDD"/>
    <w:rsid w:val="40D5E7B2"/>
    <w:rsid w:val="58B6F237"/>
    <w:rsid w:val="714FE941"/>
    <w:rsid w:val="7E1F5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502FCD"/>
  <w14:defaultImageDpi w14:val="300"/>
  <w15:docId w15:val="{DBC26A8B-B4C9-4FCB-A0D9-50E527D5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60"/>
    </w:pPr>
    <w:rPr>
      <w:rFonts w:ascii="Aptos" w:hAnsi="Aptos" w:eastAsia="Aptos"/>
      <w:sz w:val="18"/>
    </w:rPr>
  </w:style>
  <w:style w:type="paragraph" w:styleId="Ttulo1">
    <w:name w:val="heading 1"/>
    <w:basedOn w:val="Normal"/>
    <w:next w:val="Normal"/>
    <w:link w:val="Ttulo1Car"/>
    <w:uiPriority w:val="9"/>
    <w:qFormat/>
    <w:rsid w:val="00FC693F"/>
    <w:pPr>
      <w:keepNext/>
      <w:keepLines/>
      <w:spacing w:before="80"/>
      <w:outlineLvl w:val="0"/>
    </w:pPr>
    <w:rPr>
      <w:rFonts w:asciiTheme="majorHAnsi" w:hAnsiTheme="majorHAnsi" w:eastAsiaTheme="majorEastAsia" w:cstheme="majorBidi"/>
      <w:b/>
      <w:bCs/>
      <w:color w:val="E60012"/>
      <w:sz w:val="26"/>
      <w:szCs w:val="28"/>
    </w:rPr>
  </w:style>
  <w:style w:type="paragraph" w:styleId="Ttulo2">
    <w:name w:val="heading 2"/>
    <w:basedOn w:val="Normal"/>
    <w:next w:val="Normal"/>
    <w:link w:val="Ttulo2Car"/>
    <w:uiPriority w:val="9"/>
    <w:unhideWhenUsed/>
    <w:qFormat/>
    <w:rsid w:val="00FC693F"/>
    <w:pPr>
      <w:keepNext/>
      <w:keepLines/>
      <w:spacing w:before="80"/>
      <w:outlineLvl w:val="1"/>
    </w:pPr>
    <w:rPr>
      <w:rFonts w:asciiTheme="majorHAnsi" w:hAnsiTheme="majorHAnsi" w:eastAsiaTheme="majorEastAsia" w:cstheme="majorBidi"/>
      <w:b/>
      <w:bCs/>
      <w:color w:val="E60012"/>
      <w:sz w:val="21"/>
      <w:szCs w:val="26"/>
    </w:rPr>
  </w:style>
  <w:style w:type="paragraph" w:styleId="Ttulo3">
    <w:name w:val="heading 3"/>
    <w:basedOn w:val="Normal"/>
    <w:next w:val="Normal"/>
    <w:link w:val="Ttulo3Car"/>
    <w:uiPriority w:val="9"/>
    <w:unhideWhenUsed/>
    <w:qFormat/>
    <w:rsid w:val="00FC693F"/>
    <w:pPr>
      <w:keepNext/>
      <w:keepLines/>
      <w:spacing w:before="80"/>
      <w:outlineLvl w:val="2"/>
    </w:pPr>
    <w:rPr>
      <w:rFonts w:asciiTheme="majorHAnsi" w:hAnsiTheme="majorHAnsi" w:eastAsiaTheme="majorEastAsia" w:cstheme="majorBidi"/>
      <w:b/>
      <w:bCs/>
      <w:color w:val="232323"/>
      <w:sz w:val="19"/>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styleId="EncabezadoCar" w:customStyle="true">
    <w:uiPriority w:val="99"/>
    <w:name w:val="Encabezado Car"/>
    <w:basedOn w:val="DefaultParagraphFont"/>
    <w:link w:val="Encabezado"/>
    <w:rsid w:val="2912F98E"/>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styleId="PiedepginaCar" w:customStyle="true">
    <w:uiPriority w:val="99"/>
    <w:name w:val="Pie de página Car"/>
    <w:basedOn w:val="DefaultParagraphFont"/>
    <w:link w:val="Piedepgina"/>
    <w:rsid w:val="2912F98E"/>
  </w:style>
  <w:style w:type="paragraph" w:styleId="Sinespaciado">
    <w:name w:val="No Spacing"/>
    <w:uiPriority w:val="1"/>
    <w:qFormat/>
    <w:rsid w:val="00FC693F"/>
    <w:pPr>
      <w:spacing w:after="0" w:line="240" w:lineRule="auto"/>
    </w:pPr>
  </w:style>
  <w:style w:type="character" w:styleId="Ttulo1Car" w:customStyle="true">
    <w:uiPriority w:val="9"/>
    <w:name w:val="Título 1 Car"/>
    <w:basedOn w:val="DefaultParagraphFont"/>
    <w:link w:val="Ttulo1"/>
    <w:rsid w:val="2912F98E"/>
    <w:rPr>
      <w:rFonts w:ascii="Calibri" w:hAnsi="Calibri" w:eastAsia="ＭＳ ゴシック" w:cs="" w:asciiTheme="majorAscii" w:hAnsiTheme="majorAscii" w:eastAsiaTheme="majorEastAsia" w:cstheme="majorBidi"/>
      <w:b w:val="1"/>
      <w:bCs w:val="1"/>
      <w:color w:val="365F91" w:themeColor="accent1" w:themeTint="FF" w:themeShade="BF"/>
      <w:sz w:val="28"/>
      <w:szCs w:val="28"/>
    </w:rPr>
  </w:style>
  <w:style w:type="character" w:styleId="Ttulo2Car" w:customStyle="true">
    <w:uiPriority w:val="9"/>
    <w:name w:val="Título 2 Car"/>
    <w:basedOn w:val="DefaultParagraphFont"/>
    <w:link w:val="Ttulo2"/>
    <w:rsid w:val="2912F98E"/>
    <w:rPr>
      <w:rFonts w:ascii="Calibri" w:hAnsi="Calibri" w:eastAsia="ＭＳ ゴシック" w:cs="" w:asciiTheme="majorAscii" w:hAnsiTheme="majorAscii" w:eastAsiaTheme="majorEastAsia" w:cstheme="majorBidi"/>
      <w:b w:val="1"/>
      <w:bCs w:val="1"/>
      <w:color w:val="4F81BD" w:themeColor="accent1" w:themeTint="FF" w:themeShade="FF"/>
      <w:sz w:val="26"/>
      <w:szCs w:val="26"/>
    </w:rPr>
  </w:style>
  <w:style w:type="character" w:styleId="Ttulo3Car" w:customStyle="true">
    <w:uiPriority w:val="9"/>
    <w:name w:val="Título 3 Car"/>
    <w:basedOn w:val="DefaultParagraphFont"/>
    <w:link w:val="Ttulo3"/>
    <w:rsid w:val="2912F98E"/>
    <w:rPr>
      <w:rFonts w:ascii="Calibri" w:hAnsi="Calibri" w:eastAsia="ＭＳ ゴシック" w:cs="" w:asciiTheme="majorAscii" w:hAnsiTheme="majorAscii" w:eastAsiaTheme="majorEastAsia" w:cstheme="majorBidi"/>
      <w:b w:val="1"/>
      <w:bCs w:val="1"/>
      <w:color w:val="4F81BD" w:themeColor="accent1" w:themeTint="FF" w:themeShade="FF"/>
    </w:rPr>
  </w:style>
  <w:style w:type="paragraph" w:styleId="Ttulo">
    <w:name w:val="Title"/>
    <w:basedOn w:val="Normal"/>
    <w:next w:val="Normal"/>
    <w:link w:val="TtuloC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tuloCar" w:customStyle="true">
    <w:uiPriority w:val="10"/>
    <w:name w:val="Título Car"/>
    <w:basedOn w:val="DefaultParagraphFont"/>
    <w:link w:val="Ttulo"/>
    <w:rsid w:val="2912F98E"/>
    <w:rPr>
      <w:rFonts w:ascii="Calibri" w:hAnsi="Calibri" w:eastAsia="ＭＳ ゴシック" w:cs="" w:asciiTheme="majorAscii" w:hAnsiTheme="majorAscii" w:eastAsiaTheme="majorEastAsia" w:cstheme="majorBidi"/>
      <w:color w:val="17365D" w:themeColor="text2" w:themeTint="FF" w:themeShade="BF"/>
      <w:sz w:val="52"/>
      <w:szCs w:val="52"/>
    </w:rPr>
  </w:style>
  <w:style w:type="paragraph" w:styleId="Subttulo">
    <w:name w:val="Subtitle"/>
    <w:basedOn w:val="Normal"/>
    <w:next w:val="Normal"/>
    <w:link w:val="SubttuloC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tuloCar" w:customStyle="true">
    <w:uiPriority w:val="11"/>
    <w:name w:val="Subtítulo Car"/>
    <w:basedOn w:val="DefaultParagraphFont"/>
    <w:link w:val="Subttulo"/>
    <w:rsid w:val="2912F98E"/>
    <w:rPr>
      <w:rFonts w:ascii="Calibri" w:hAnsi="Calibri" w:eastAsia="ＭＳ ゴシック" w:cs="" w:asciiTheme="majorAscii" w:hAnsiTheme="majorAscii" w:eastAsiaTheme="majorEastAsia" w:cstheme="majorBidi"/>
      <w:i w:val="1"/>
      <w:iCs w:val="1"/>
      <w:color w:val="4F81BD" w:themeColor="accent1" w:themeTint="FF" w:themeShade="FF"/>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styleId="TextoindependienteCar" w:customStyle="true">
    <w:uiPriority w:val="99"/>
    <w:name w:val="Texto independiente Car"/>
    <w:basedOn w:val="DefaultParagraphFont"/>
    <w:link w:val="Textoindependiente"/>
    <w:rsid w:val="2912F98E"/>
  </w:style>
  <w:style w:type="paragraph" w:styleId="Textoindependiente2">
    <w:name w:val="Body Text 2"/>
    <w:basedOn w:val="Normal"/>
    <w:link w:val="Textoindependiente2Car"/>
    <w:uiPriority w:val="99"/>
    <w:unhideWhenUsed/>
    <w:rsid w:val="00AA1D8D"/>
    <w:pPr>
      <w:spacing w:after="120" w:line="480" w:lineRule="auto"/>
    </w:pPr>
  </w:style>
  <w:style w:type="character" w:styleId="Textoindependiente2Car" w:customStyle="true">
    <w:uiPriority w:val="99"/>
    <w:name w:val="Texto independiente 2 Car"/>
    <w:basedOn w:val="DefaultParagraphFont"/>
    <w:link w:val="Textoindependiente2"/>
    <w:rsid w:val="2912F98E"/>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styleId="Textoindependiente3Car" w:customStyle="true">
    <w:uiPriority w:val="99"/>
    <w:name w:val="Texto independiente 3 Car"/>
    <w:basedOn w:val="DefaultParagraphFont"/>
    <w:link w:val="Textoindependiente3"/>
    <w:rsid w:val="2912F98E"/>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TextomacroCar" w:customStyle="true">
    <w:uiPriority w:val="99"/>
    <w:name w:val="Texto macro Car"/>
    <w:basedOn w:val="DefaultParagraphFont"/>
    <w:link w:val="Textomacro"/>
    <w:rsid w:val="2912F98E"/>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styleId="CitaCar" w:customStyle="true">
    <w:uiPriority w:val="29"/>
    <w:name w:val="Cita Car"/>
    <w:basedOn w:val="DefaultParagraphFont"/>
    <w:link w:val="Cita"/>
    <w:rsid w:val="2912F98E"/>
    <w:rPr>
      <w:i w:val="1"/>
      <w:iCs w:val="1"/>
      <w:color w:val="000000" w:themeColor="text1" w:themeTint="FF" w:themeShade="FF"/>
    </w:rPr>
  </w:style>
  <w:style w:type="character" w:styleId="Ttulo4Car" w:customStyle="true">
    <w:uiPriority w:val="9"/>
    <w:name w:val="Título 4 Car"/>
    <w:basedOn w:val="DefaultParagraphFont"/>
    <w:semiHidden/>
    <w:link w:val="Ttulo4"/>
    <w:rsid w:val="2912F98E"/>
    <w:rPr>
      <w:rFonts w:ascii="Calibri" w:hAnsi="Calibri" w:eastAsia="ＭＳ ゴシック" w:cs="" w:asciiTheme="majorAscii" w:hAnsiTheme="majorAscii" w:eastAsiaTheme="majorEastAsia" w:cstheme="majorBidi"/>
      <w:b w:val="1"/>
      <w:bCs w:val="1"/>
      <w:i w:val="1"/>
      <w:iCs w:val="1"/>
      <w:color w:val="4F81BD" w:themeColor="accent1" w:themeTint="FF" w:themeShade="FF"/>
    </w:rPr>
  </w:style>
  <w:style w:type="character" w:styleId="Ttulo5Car" w:customStyle="true">
    <w:uiPriority w:val="9"/>
    <w:name w:val="Título 5 Car"/>
    <w:basedOn w:val="DefaultParagraphFont"/>
    <w:semiHidden/>
    <w:link w:val="Ttulo5"/>
    <w:rsid w:val="2912F98E"/>
    <w:rPr>
      <w:rFonts w:ascii="Calibri" w:hAnsi="Calibri" w:eastAsia="ＭＳ ゴシック" w:cs="" w:asciiTheme="majorAscii" w:hAnsiTheme="majorAscii" w:eastAsiaTheme="majorEastAsia" w:cstheme="majorBidi"/>
      <w:color w:val="243F60"/>
    </w:rPr>
  </w:style>
  <w:style w:type="character" w:styleId="Ttulo6Car" w:customStyle="true">
    <w:uiPriority w:val="9"/>
    <w:name w:val="Título 6 Car"/>
    <w:basedOn w:val="DefaultParagraphFont"/>
    <w:semiHidden/>
    <w:link w:val="Ttulo6"/>
    <w:rsid w:val="2912F98E"/>
    <w:rPr>
      <w:rFonts w:ascii="Calibri" w:hAnsi="Calibri" w:eastAsia="ＭＳ ゴシック" w:cs="" w:asciiTheme="majorAscii" w:hAnsiTheme="majorAscii" w:eastAsiaTheme="majorEastAsia" w:cstheme="majorBidi"/>
      <w:i w:val="1"/>
      <w:iCs w:val="1"/>
      <w:color w:val="243F60"/>
    </w:rPr>
  </w:style>
  <w:style w:type="character" w:styleId="Ttulo7Car" w:customStyle="true">
    <w:uiPriority w:val="9"/>
    <w:name w:val="Título 7 Car"/>
    <w:basedOn w:val="DefaultParagraphFont"/>
    <w:semiHidden/>
    <w:link w:val="Ttulo7"/>
    <w:rsid w:val="2912F98E"/>
    <w:rPr>
      <w:rFonts w:ascii="Calibri" w:hAnsi="Calibri" w:eastAsia="ＭＳ ゴシック" w:cs="" w:asciiTheme="majorAscii" w:hAnsiTheme="majorAscii" w:eastAsiaTheme="majorEastAsia" w:cstheme="majorBidi"/>
      <w:i w:val="1"/>
      <w:iCs w:val="1"/>
      <w:color w:val="404040" w:themeColor="text1" w:themeTint="BF" w:themeShade="FF"/>
    </w:rPr>
  </w:style>
  <w:style w:type="character" w:styleId="Ttulo8Car" w:customStyle="true">
    <w:uiPriority w:val="9"/>
    <w:name w:val="Título 8 Car"/>
    <w:basedOn w:val="DefaultParagraphFont"/>
    <w:semiHidden/>
    <w:link w:val="Ttulo8"/>
    <w:rsid w:val="2912F98E"/>
    <w:rPr>
      <w:rFonts w:ascii="Calibri" w:hAnsi="Calibri" w:eastAsia="ＭＳ ゴシック" w:cs="" w:asciiTheme="majorAscii" w:hAnsiTheme="majorAscii" w:eastAsiaTheme="majorEastAsia" w:cstheme="majorBidi"/>
      <w:color w:val="4F81BD" w:themeColor="accent1" w:themeTint="FF" w:themeShade="FF"/>
      <w:sz w:val="20"/>
      <w:szCs w:val="20"/>
    </w:rPr>
  </w:style>
  <w:style w:type="character" w:styleId="Ttulo9Car" w:customStyle="true">
    <w:uiPriority w:val="9"/>
    <w:name w:val="Título 9 Car"/>
    <w:basedOn w:val="DefaultParagraphFont"/>
    <w:semiHidden/>
    <w:link w:val="Ttulo9"/>
    <w:rsid w:val="2912F98E"/>
    <w:rPr>
      <w:rFonts w:ascii="Calibri" w:hAnsi="Calibri" w:eastAsia="ＭＳ ゴシック" w:cs="" w:asciiTheme="majorAscii" w:hAnsiTheme="majorAscii" w:eastAsiaTheme="majorEastAsia" w:cstheme="majorBidi"/>
      <w:i w:val="1"/>
      <w:iCs w:val="1"/>
      <w:color w:val="404040" w:themeColor="text1" w:themeTint="BF" w:themeShade="F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Cs w:val="18"/>
    </w:rPr>
  </w:style>
  <w:style w:type="character" w:styleId="Textoennegrita">
    <w:uiPriority w:val="22"/>
    <w:name w:val="Strong"/>
    <w:basedOn w:val="DefaultParagraphFont"/>
    <w:qFormat/>
    <w:rsid w:val="2912F98E"/>
    <w:rPr>
      <w:b w:val="1"/>
      <w:bCs w:val="1"/>
    </w:rPr>
  </w:style>
  <w:style w:type="character" w:styleId="nfasis">
    <w:uiPriority w:val="20"/>
    <w:name w:val="Emphasis"/>
    <w:basedOn w:val="DefaultParagraphFont"/>
    <w:qFormat/>
    <w:rsid w:val="2912F98E"/>
    <w:rPr>
      <w:i w:val="1"/>
      <w:iCs w:val="1"/>
    </w:rPr>
  </w:style>
  <w:style w:type="paragraph" w:styleId="Citadestacada">
    <w:name w:val="Intense Quote"/>
    <w:basedOn w:val="Normal"/>
    <w:next w:val="Normal"/>
    <w:link w:val="CitadestacadaC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CitadestacadaCar" w:customStyle="true">
    <w:uiPriority w:val="30"/>
    <w:name w:val="Cita destacada Car"/>
    <w:basedOn w:val="DefaultParagraphFont"/>
    <w:link w:val="Citadestacada"/>
    <w:rsid w:val="2912F98E"/>
    <w:rPr>
      <w:b w:val="1"/>
      <w:bCs w:val="1"/>
      <w:i w:val="1"/>
      <w:iCs w:val="1"/>
      <w:color w:val="4F81BD" w:themeColor="accent1" w:themeTint="FF" w:themeShade="FF"/>
    </w:rPr>
  </w:style>
  <w:style w:type="character" w:styleId="nfasissutil">
    <w:uiPriority w:val="19"/>
    <w:name w:val="Subtle Emphasis"/>
    <w:basedOn w:val="DefaultParagraphFont"/>
    <w:qFormat/>
    <w:rsid w:val="2912F98E"/>
    <w:rPr>
      <w:i w:val="1"/>
      <w:iCs w:val="1"/>
      <w:color w:val="808080" w:themeColor="background1" w:themeTint="FF" w:themeShade="80"/>
    </w:rPr>
  </w:style>
  <w:style w:type="character" w:styleId="nfasisintenso">
    <w:uiPriority w:val="21"/>
    <w:name w:val="Intense Emphasis"/>
    <w:basedOn w:val="DefaultParagraphFont"/>
    <w:qFormat/>
    <w:rsid w:val="2912F98E"/>
    <w:rPr>
      <w:b w:val="1"/>
      <w:bCs w:val="1"/>
      <w:i w:val="1"/>
      <w:iCs w:val="1"/>
      <w:color w:val="4F81BD" w:themeColor="accent1" w:themeTint="FF" w:themeShade="FF"/>
    </w:rPr>
  </w:style>
  <w:style w:type="character" w:styleId="Referenciasutil">
    <w:uiPriority w:val="31"/>
    <w:name w:val="Subtle Reference"/>
    <w:basedOn w:val="DefaultParagraphFont"/>
    <w:qFormat/>
    <w:rsid w:val="2912F98E"/>
    <w:rPr>
      <w:smallCaps w:val="1"/>
      <w:color w:val="C0504D" w:themeColor="accent2" w:themeTint="FF" w:themeShade="FF"/>
      <w:u w:val="single"/>
    </w:rPr>
  </w:style>
  <w:style w:type="character" w:styleId="Referenciaintensa">
    <w:uiPriority w:val="32"/>
    <w:name w:val="Intense Reference"/>
    <w:basedOn w:val="DefaultParagraphFont"/>
    <w:qFormat/>
    <w:rsid w:val="2912F98E"/>
    <w:rPr>
      <w:b w:val="1"/>
      <w:bCs w:val="1"/>
      <w:smallCaps w:val="1"/>
      <w:color w:val="C0504D" w:themeColor="accent2" w:themeTint="FF" w:themeShade="FF"/>
      <w:u w:val="single"/>
    </w:rPr>
  </w:style>
  <w:style w:type="character" w:styleId="Ttulodellibro">
    <w:uiPriority w:val="33"/>
    <w:name w:val="Book Title"/>
    <w:basedOn w:val="DefaultParagraphFont"/>
    <w:qFormat/>
    <w:rsid w:val="2912F98E"/>
    <w:rPr>
      <w:b w:val="1"/>
      <w:bCs w:val="1"/>
      <w:smallCaps w:val="1"/>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uiPriority w:val="99"/>
    <w:name w:val="Hyperlink"/>
    <w:basedOn w:val="DefaultParagraphFont"/>
    <w:unhideWhenUsed/>
    <w:rsid w:val="2912F9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5.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ntTable" Target="fontTable.xml" Id="rId14" /><Relationship Type="http://schemas.openxmlformats.org/officeDocument/2006/relationships/hyperlink" Target="https://spingarnmarks-my.sharepoint.com/:w:/g/personal/ncampana_spingarn_ec/IQCc0lxICSnkSbmNHXqWUh8YAatwR2VNRWnB1DYCkYhC4Mo?e=6dxA1g" TargetMode="External" Id="R614351561b0e4364" /><Relationship Type="http://schemas.openxmlformats.org/officeDocument/2006/relationships/hyperlink" Target="https://spingarnmarks-my.sharepoint.com/:w:/g/personal/ncampana_spingarn_ec/IQD_btCQU2AcQbrYmrIdIXqWAceLEnC3c5nR7Vk2VvI7yKs?e=qWseVO" TargetMode="External" Id="Re09d645e19be4f18"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Juan Felipe Rivas</lastModifiedBy>
  <revision>3</revision>
  <dcterms:created xsi:type="dcterms:W3CDTF">2026-05-21T15:03:00.0000000Z</dcterms:created>
  <dcterms:modified xsi:type="dcterms:W3CDTF">2026-05-21T15:48:21.0650567Z</dcterms:modified>
  <category/>
</coreProperties>
</file>